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2S/5/2017 z 10. 10. 2017</w:t>
      </w:r>
    </w:p>
    <w:p>
      <w:r>
        <w:t>Uznesenie Krajského súdu Bratislava z 10. októbra 2017, sp. zn. 2S/5/2017, ECLI:SK:KSBA:2017:1017200026.3</w:t>
      </w:r>
    </w:p>
    <w:p>
      <w:r>
        <w:t>Súd: Krajský súd Bratislava</w:t>
      </w:r>
    </w:p>
    <w:p>
      <w:r>
        <w:t>Spisová značka: 2S/5/2017</w:t>
      </w:r>
    </w:p>
    <w:p>
      <w:r>
        <w:t>ECLI: ECLI:SK:KSBA:2017:1017200026.3</w:t>
      </w:r>
    </w:p>
    <w:p>
      <w:r>
        <w:t>Dátum vydania: 10.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2S/5/2017 Identifikačné číslo súdneho spisu: 1017200026 Dátum vydania rozhodnutia: 11. 10. 2017 Meno a priezvisko sudcu, VSÚ: JUDr. Vlastimil Pavlikovský ECLI: ECLI:SK:KSBA:2017:1017200026.3 Uznesenie Krajský súd v Bratislave v právnej veci žalobcu: TANDEM No 1, s.r.o., so sídlom Čajakova 18, 811 05 Bratislava, IČO: 44 573 804, zastúpený: JUDr. Andrea Forgáčová, advokátka, so sídlom Dolná Strieborná 2, 974 01 Banská Bystrica, IČO: 42 318 807, proti žalovanému: Finančné riaditeľstvo Slovenskej republiky, Lazovná 63, 974 01 Banská Bystrica, IČO: 42 499 500, o preskúmanie zákonnosti rozhodnutia žalovaného č. 104134357/2016 zo dňa 19.10.2016, takto r o z h o d o l : Krajský súd v Bratislave konanie z a s t a v u j e . Žiaden z účastníkov n e m á právo na náhradu trov konania. o d ô v o d n e n i e : 1. Žalobca sa žalobou doručenou tunajšiemu správnemu súdu dňa 05.01.2017 domáhal preskúmania zákonnosti rozhodnutia žalovaného č. 104134357/2016 zo dňa 19.10.2016, ktorým žalovaný potvrdil dodatočný platobný výmer Daňového úradu Bratislava č. 103484418/2016/9104408/KovM zo dňa 12.07.2011. Predmetným dodatočným platobným výmerom správca dane podľa § 44 ods. 6 písm. b) bod 1 zákona č. 511/1992 Zb. o správe daní a poplatkov a o zmenách v sústave územných finančných orgánov v znení neskorších predpisov v nadväznosti na § 165 ods. 2 a 5 zákona č. 563/2009 Z. z. o správe daní (daňový poriadok) a o zmene a doplnení niektorých zákonov v znení neskorších predpisov nepriznal žalobcovi nadmerný odpočet za zdaňovacie obdobie september 2011 v sume 10.448,01 eur, vyrubil vlastnú daňovú povinnosť v sume 18.011,99 eur, t. j. určil rozdiel dane v sume 28.460,00 eur. 2. Podľa § 10 ods. 1 zákona č. 71/1992 Zb. o súdnych poplatkoch a poplatku za výpis z registra trestov v znení neskorších predpisov (ďalej len „zákon o súdnych poplatkoch“)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3. Žalobca si svoju poplatkovú povinnosť nesplnil súčasne s podaním žaloby, súd ho preto výzvou zo dňa 11.09.2017 vyzval na zaplatenie súdneho poplatku za podanie žaloby vo výške 70,- eur podľa položky 10 písm. a) sadzobníka súdnych poplatkov zákona o súdnych poplatkoch v lehote 10 dní odo dňa doručenia výzvy. Súd zároveň poučil žalobcu o tom, že ak poplatok nebude zaplatený v určenej lehote, súd konanie v zmysle § 10 ods. 1 zákona o súdnych poplatkoch zastaví. Predmetná výzva bola žalobcovi doručená dňa 12.09.2017. 4. Pretože žalobca v určenej lehote ani doteraz súdny poplatok za žalobu nezaplatil, súd v súlade s citovaným ustanovením zákona konanie zastavil. Právoplatným rozhodnutím súdu o zastavení konania pre nezaplatenie súdneho poplatku poplatková povinnosť v celom rozsahu zaniká (§ 5 ods. 2 zákona o súdnych poplatkoch). 5. Podľa § 10 ods. 3 prvej vety zákona o súdnych poplatkoch prvoinštančný súd zruší uznesenie o zastavení konania pre nezaplatenie súdneho poplatku, ak bol súdny poplatok zaplatený v lehote určenej súdom podľa odseku 1 alebo ak sú na to dôvody podľa odseku 2. 6. Podľa § 14 ods. 1 zákona o súdnych poplatkoch ak tento zákon neustanovuje inak, na konanie vo veciach poplatkov sa primerane použijú ustanovenia zákona č. 160/2015 Z. z. Civilného sporového poriadku okrem § 357 písm. a). 7. O náhrade trov konania správny súd rozhodol podľa § 170 písm. b) zákona č. 162/2015 Z. z. Správneho súdneho poriadku (ďalej len „SSP“) tak, že žiaden z účastníkov konania nemá právo na náhradu trov konania, pretože konanie bolo zastavené. 8. Toto rozhodnutie prijal senát Krajského súdu v Bratislave pomerom hlasov 3:0 (§ 139 ods. 4 SSP v spojení s § 147 ods. 2 SSP). Poučenie: Proti tomuto uzneseniu nie je odvolanie prípustné.</w:t>
      </w:r>
    </w:p>
    <w:p/>
    <w:p>
      <w:r>
        <w:t>Zdroj: KAUZIS.SK – https://www.kauzis.sk/judikatura/r/ECLI:SK:KSBA:2017:1017200026.3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