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6Sa/3/2017 z 28. 3. 2017</w:t>
      </w:r>
    </w:p>
    <w:p>
      <w:r>
        <w:t>Uznesenie Krajského súdu Bratislava z 28. marca 2017, sp. zn. 6Sa/3/2017, ECLI:SK:KSBA:2017:1017200034.1</w:t>
      </w:r>
    </w:p>
    <w:p>
      <w:r>
        <w:t>Súd: Krajský súd Bratislava</w:t>
      </w:r>
    </w:p>
    <w:p>
      <w:r>
        <w:t>Spisová značka: 6Sa/3/2017</w:t>
      </w:r>
    </w:p>
    <w:p>
      <w:r>
        <w:t>ECLI: ECLI:SK:KSBA:2017:1017200034.1</w:t>
      </w:r>
    </w:p>
    <w:p>
      <w:r>
        <w:t>Dátum vydania: 28.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6Sa/3/2017 Identifikačné číslo súdneho spisu: 1017200034 Dátum vydania rozhodnutia: 29. 03. 2017 Meno a priezvisko sudcu, VSÚ: JUDr. Milota Tóthová ECLI: ECLI:SK:KSBA:2017:1017200034.1 Uznesenie Krajský súd v Bratislave v právnej veci žalobkyne: X. S., J.. K. XXX/X, XXX XX Š., G.: Q. A., bytom ako žalobkyňa, proti žalovanej: neuvedené, o preskúmanie rozhodnutia žalovanej, takto r o z h o d o l : Krajský súd v Bratislave žalobu o d m i e t a . Žiaden z účastníkov konania nemá právo na náhradu trov konania. o d ô v o d n e n i e : 1. Dňa 09.01.2017 bolo tunajšiemu správnemu súdu doručené podanie žalobkyne zo dňa 05.01.2017, ktorým žiada preskúmať priložené doklady. Po oboznámení sa s obsahom podania súd zistil, že nespĺňa náležitosti ustanovené Správnym súdnym poriadkom (ďalej len S.s.p.). 2. Uznesením č.k. 6Sa/3/2017-30 zo dňa 31.01.2017, ktoré bolo žalobkyni doručené dňa 07.02.2017, ju vyzval tunajší súd, aby v lehote 10 dní od doručenia tohto uznesenia odstránila vady podania špecifikované vo výroku. 3. Podľa § 59 ods. 1 S.s.p.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4. Podľa § 59 ods. 3 S.s.p. ak sa v lehote určenej správnym súdom podanie nedoplní alebo neopraví, správny súd podanie odmietne uznesením; to neplatí, ak pre uvedený nedostatok možno v konaní pokračovať. 5. Žalobkyňa bola v uznesení na odstránenie vád podania poučená o tom, že v prípade, ak v určenej lehote podanie nedoplní alebo neopraví, správny súd v zmysle § 59 ods. 3 S.s.p. podanie odmietne uznesením. Pretože žalobkyňa neodstránila vady svojho podania, pre ktoré nemožno v konaní pokračovať, nereagovala na uznesenie správneho súdu, súd rozhodol tak, ako to je uvedené vo výrokovej časti tohto uznesenia. 6. O trovách konania súd rozhodol podľa § 170 písm. a)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https://www.kauzis.sk/judikatura/r/ECLI:SK:KSBA:2017:1017200034.1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