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5S/7/2017 z 20. 8. 2017</w:t>
      </w:r>
    </w:p>
    <w:p>
      <w:r>
        <w:t>Uznesenie Krajského súdu Bratislava z 20. augusta 2017, sp. zn. 5S/7/2017, ECLI:SK:KSBA:2017:1017200048.1</w:t>
      </w:r>
    </w:p>
    <w:p>
      <w:r>
        <w:t>Súd: Krajský súd Bratislava</w:t>
      </w:r>
    </w:p>
    <w:p>
      <w:r>
        <w:t>Spisová značka: 5S/7/2017</w:t>
      </w:r>
    </w:p>
    <w:p>
      <w:r>
        <w:t>ECLI: ECLI:SK:KSBA:2017:1017200048.1</w:t>
      </w:r>
    </w:p>
    <w:p>
      <w:r>
        <w:t>Dátum vydania: 20. 8. 2017</w:t>
      </w:r>
    </w:p>
    <w:p>
      <w:r>
        <w:t>Forma: Uznesenie</w:t>
      </w:r>
    </w:p>
    <w:p>
      <w:pPr>
        <w:pStyle w:val="Heading2"/>
      </w:pPr>
      <w:r>
        <w:t>Text rozhodnutia</w:t>
      </w:r>
    </w:p>
    <w:p>
      <w:r>
        <w:t>Súd: Krajský súd Bratislava Spisová značka: 5S/7/2017 Identifikačné číslo súdneho spisu: 1017200048 Dátum vydania rozhodnutia: 21. 08. 2017 Meno a priezvisko sudcu, VSÚ: JUDr. Viera Šebestová ECLI: ECLI:SK:KSBA:2017:1017200048.1 Uznesenie Krajský súd v Bratislave v právnej veci žalobcu: Podielnicke družstvo DUNAJ, Vývojová 852, 851 10 Bratislava - Rusovce, IČO: 00 190 667, zastúpený: Advokátska kancelária JUDr. Matúš Meheš s.r.o., Nevädzova 6C, 821 01 Bratislava, IČO: 36 855 430, proti žalovanému: Ministerstvo dopravy, výstavby a regionálneho rozvoja Slovenskej republiky, Námestie slobody 6, 810 05 Bratislava, za účasti: 1. Okresný úrad Bratislava, Odbor výstavby a bytovej politiky, Tomášikova 46, 832 05 Bratislava, 2. Národná diaľničná spoločnosť, a.s., Dúbravská cesta 14, 841 04 Bratislava, IČO: 35 919 001, 3. ELWING Slovakia, a. s., Boženy Němcovej 8, 811 04 Bratislava, IČO: 35 863 471, zastúpený: VIVID LEGAL, s.r.o., Plynárenská 7/A, 821 09 Bratislava, IČO: 36 807 915, 4. Slovenský pozemkový fond, Búdkova 36, 817 15 Bratislava, 5. Slovenský pozemkový fond, Regionálny odbor Bratislava, Trenčianska 55, 821 09 Bratislava, o preskúmanie zákonnosti rozhodnutia žalovaného č. 26147/2016/B624-SV/71487/Ho zo dňa 11.11.2016, takto r o z h o d o l : Správny súd konanie z a s t a v u j e. Žiaden z účastníkov nemá právo na náhradu trov konania. Správny súd v r a c i a žalobcovi krátený súdny poplatok za podanie správnej žaloby vo výške 63,30 eur prostredníctvom prevádzkovateľa systému - Slovenskej pošty, a.s., so sídlom Partizánska cesta 9, 975 99 Banská Bystrica, po právoplatnosti tohto uznesenia. o d ô v o d n e n i e : 1. Správnou žalobou podanou na tunajšom správnom súde dňa 11.01.2017 sa žalobca domáhal preskúmania zákonnosti rozhodnutia žalovaného č. 26147/2016/B624-SV/71487/Ho zo dňa 11.11.2016, ktorým žalovaný konanie v časti týkajúcej sa dočasného obmedzenia vlastníckeho práva vo vzťahu k nehnuteľnosti nachádzajúcej sa v k. ú. Jarovce evidovanej na LV č. XXX ako parc. reg. "E" č. XXXX - orná pôda o výmere X.XXX mX v rozsahu vymedzeného podielu č. XXX, č. XXX, č. XXX, č. XXX, č. XXXX a č. XXX zastavil a vo zvyšnej časti odvolanie žalobcu zamietol a potvrdil rozhodnutie Okresného úradu I., odboru výstavby a bytovej politiky č. OU-BA-F zo dňa XX.XX.XXXX. Y. v žalobe namietal, že napadnuté rozhodnutie aj rozhodnutie okresného úradu vychádzajú z nesprávneho právneho posúdenia veci, sú nepreskúmateľné pre nezrozumiteľnosť a nedostatok dôvodov, došlo k podstatnému porušeniu ustanovení o konaní pred orgánom verejnej správy, ktoré malo za následok vydanie nezákonného rozhodnutia, zistenie skutkového stavu je nedostačujúce na riadne posúdenie veci, žalovaný neúplne zistil skutkový stav veci, pretože nevykonal dôkazy potrebné na zistenie rozhodujúcich skutočností, žalovaný dospel na základe vykonaných dôkazov k nesprávnym skutkovým zisteniam. Y. žiadal napadnuté rozhodnutia zrušiť a vec vrátiť na ďalšie konanie a rozhodnutie. 2. Podaním doručeným správnemu súdu dňa XX.XX.XXXX žalobca zobral podanú správnu žalobu späť v celom rozsahu bez bližšieho odôvodnenia a konanie vo veci žiadal zastaviť. E. na náhradu trov konania si neuplatnil. Y. požiadal o vrátenie zaplateného súdneho poplatku vo výške XX,- eur, kráteného o sumu X,XX eur. 3. Podľa § 63 zákona č. XXX/XXXX Z. z. S. súdny poriadok (ďalej len "S."),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 správny súd konanie uznesením zastaví, ak žalobca vzal žalobu späť skôr, ako správny súd vo veci rozhodol. 5. E. žalobca vzal späť žalobu pred rozhodnutím veci, správny súd v súlade s ustanovením § 99 písm. a) S. konanie zastavil. 6. O náhrade trov konania správny súd rozhodol podľa § 170 písm. b) S. tak, že žiaden z účastníkov nemá právo na náhradu trov konania, nakoľko konanie bolo zastavené a nebol zistený žiaden dôvod pre aplikáciu ust. § X71 ods. 1 S.. 7. Podľa § 11 ods. X veta tretia zákona č. XX/XXXX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XX,XX eur prostredníctvom prevádzkovateľa systému - S. pošty, a.s. 8. J. rozhodnutie senát D. súdu v I. prijal pomerom hlasov X : X (§ 3 ods. X zákona č. XXX/XXXX Z. z. v znení zákona č. XX/XXXX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21.08.2017</w:t>
      </w:r>
    </w:p>
    <w:p/>
    <w:p>
      <w:r>
        <w:t>Zdroj: KAUZIS.SK – https://www.kauzis.sk/judikatura/r/ECLI:SK:KSBA:2017:1017200048.1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