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4Sa/4/2017 z 11. 9. 2017</w:t>
      </w:r>
    </w:p>
    <w:p>
      <w:r>
        <w:t>Uznesenie Krajského súdu Bratislava z 11. septembra 2017, sp. zn. 4Sa/4/2017, ECLI:SK:KSBA:2017:1017200075.3</w:t>
      </w:r>
    </w:p>
    <w:p>
      <w:r>
        <w:t>Súd: Krajský súd Bratislava</w:t>
      </w:r>
    </w:p>
    <w:p>
      <w:r>
        <w:t>Spisová značka: 4Sa/4/2017</w:t>
      </w:r>
    </w:p>
    <w:p>
      <w:r>
        <w:t>ECLI: ECLI:SK:KSBA:2017:1017200075.3</w:t>
      </w:r>
    </w:p>
    <w:p>
      <w:r>
        <w:t>Dátum vydania: 11. 9. 2017</w:t>
      </w:r>
    </w:p>
    <w:p>
      <w:r>
        <w:t>Forma: Uznesenie</w:t>
      </w:r>
    </w:p>
    <w:p>
      <w:pPr>
        <w:pStyle w:val="Heading2"/>
      </w:pPr>
      <w:r>
        <w:t>Text rozhodnutia</w:t>
      </w:r>
    </w:p>
    <w:p>
      <w:r>
        <w:t>Súd: Krajský súd Bratislava Spisová značka: 4Sa/4/2017 Identifikačné číslo súdneho spisu: 1017200075 Dátum vydania rozhodnutia: 12. 09. 2017 Meno a priezvisko sudcu, VSÚ: JUDr. Ľubomír Šramko ECLI: ECLI:SK:KSBA:2017:1017200075.3 Uznesenie Krajský súd v Bratislave v právnej veci žalobcu: Rapid life životná poisťovňa, a.s. so sídlom Garbiarska 2, Košice, (aktuálne v nútenej správe núteného správcu: JUDr. Irena Sopková, Garbiarska 2, Košice, adresa pre doručovanie: Slovenskej jednoty 14, Košice) proti žalovanej: Národná banka Slovenska so sídlom Imricha Karvaša, 1, Bratislava v konaní o správnej žalobe vo veci iného zásahu orgánu verejnej správy zo dňa 13.1.2017 takto r o z h o d o l : Krajský súd v Bratislave konanie z a s t a v u j e . Žalobcovi nepriznáva náhradu trov konania. o d ô v o d n e n i e : 1. Dňa 16.1.2017 bola Krajskému súdu v Bratislave ako správnemu súdu (ďalej len „súd“) doručená žaloba vo veci iného zásahu orgánu verejnej správy vo veci: “Číslo spisu: NBS1-000-002-401, Číslo záznamu: 100-000-005-986 zo dňa 10.11.2016.“ Súčasťou žaloby bol aj návrh na priznanie odkladného účinku žaloby. 2. Od 4.7.2017 bola u žalobcu zavedená nútená správa v osobe p. JUDr. Ireny Sopkovej, Zborovská 8, Košice (ďalej len „nútený správca“). 3. Dňa 11.9.2017 bolo súdu doručené podanie núteného správcu, datované 5.9.2017, , ktorým súdu oznamuje, že berie žalobu späť a konanie o nej žiada zastaviť. Podľa § 99 písm. a) zák. č. 162/2015 Z.z. Správny súdny poriadok (ďalej len „SSP“): Správny súd konanie uznesením zastaví, ak žalobca vzal žalobu späť skôr, ako správny súd vo veci rozhodol. Podľa § 149 ods. 1 veta prvá zák. č. 39/2015 Z.z. o poisťovníctve a o zmene a doplnení niektorých zákonov (ďalej len „zákon o poisťovníctve“): Zavedením nútenej správy sa pozastavuje výkon funkcie všetkých orgánov poisťovne alebo zaisťovne a vedúcich zamestnancov poisťovne alebo zaisťovne a pôsobnosť predstavenstva a dozornej rady prechádza na núteného správcu. Podľa § 148 ods. veta prvá zákona o poisťovníctve: Nútený správca je oprávnený riadiť poisťovňu alebo zaisťovňu a jej zamestnancov. Podľa § 170 písm. b) SSP: Žiaden z účastníkov konania nemá právo na náhradu trov konania, ak konanie bolo zastavené. 3. Pretože nútený správca žalobcu dňom 5.9.2017 zobral žalobu zo dňa 13.1.2017 v celom rozsahu späť, súd konanie o nej zastavil. 4. O trovách konania súd rozhodol za použitia § 170 písm. b) SSP.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https://www.kauzis.sk/judikatura/r/ECLI:SK:KSBA:2017:1017200075.3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