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1S/13/2017 z 1. 11. 2017</w:t>
      </w:r>
    </w:p>
    <w:p>
      <w:r>
        <w:t>Uznesenie Krajského súdu Bratislava z 1. novembra 2017, sp. zn. 1S/13/2017, ECLI:SK:KSBA:2017:1017200089.2</w:t>
      </w:r>
    </w:p>
    <w:p>
      <w:r>
        <w:t>Súd: Krajský súd Bratislava</w:t>
      </w:r>
    </w:p>
    <w:p>
      <w:r>
        <w:t>Spisová značka: 1S/13/2017</w:t>
      </w:r>
    </w:p>
    <w:p>
      <w:r>
        <w:t>ECLI: ECLI:SK:KSBA:2017:1017200089.2</w:t>
      </w:r>
    </w:p>
    <w:p>
      <w:r>
        <w:t>Dátum vydania: 1. 11. 2017</w:t>
      </w:r>
    </w:p>
    <w:p>
      <w:r>
        <w:t>Forma: Uznesenie</w:t>
      </w:r>
    </w:p>
    <w:p>
      <w:pPr>
        <w:pStyle w:val="Heading2"/>
      </w:pPr>
      <w:r>
        <w:t>Text rozhodnutia</w:t>
      </w:r>
    </w:p>
    <w:p>
      <w:r>
        <w:t>Súd: Krajský súd Bratislava Spisová značka: 1S/13/2017 Identifikačné číslo súdneho spisu: 1017200089 Dátum vydania rozhodnutia: 02. 11. 2017 Meno a priezvisko sudcu, VSÚ: Mgr. Kristína Kellerová ECLI: ECLI:SK:KSBA:2017:1017200089.2 Uznesenie Krajský súd v Bratislave v právnej veci žalobcu: INTERACTIV.ME, s.r.o., Pekná cesta 6, 834 03 Bratislava, IČO: 36 292 052, zastúpený: Advokátska kancelária Bugala - Ďurček, s.r.o., Miletičova 5B, 821 08 Bratislava, proti žalovanému: Rada pre vysielanie a retransmisiu, Palisády 36, 811 06 Bratislava, o preskúmanie zákonnosti rozhodnutia žalovaného č. RP/53/2016 zo dňa 06.12.2016, takto r o z h o d o l : Krajský súd v Bratislave konanie z a s t a v u j e . Žiaden z účastníkov nemá právo na náhradu trov konania. o d ô v o d n e n i e : 1. Žalobca sa žalobou doručenou tunajšiemu správnemu súdu dňa 18.01.2017 domáhal preskúmania zákonnosti rozhodnutia žalovaného č. RP/53/2016 zo dňa 06.12.2016, ktorým bola žalobcovi uložená sankcia - pokuta vo výške 8.000,- eur za porušenie povinnosti ustanovenej v § 20 ods. 4 zákona č. 308/2000 Z. z. a sankcia - upozornenie na porušenia zákona za porušenie povinnosti ustanovenej v § 32 ods. 6 zákona č. 308/2000 Z. z. 2. Žalobca si svoju poplatkovú povinnosť nesplnil súčasne s podaním žaloby, súd ho preto výzvou zo dňa 17.08.2017 vyzval na zaplatenie súdneho poplatku za podanie žaloby vo výške 500,- eur podľa položky 10 písm. c) sadzobníka súdnych poplatkov zákona č. 71/1992 Zb. o súdnych poplatkoch a poplatku za výpis z registra trestov (ďalej len „zákon o súdnych poplatkoch“), a zároveň ho poučil, že konanie bude zastavené, ak do 10 dní od doručenia výzvy súdny poplatok nezaplatí. 3. Podľa § 2 ods. l písm. a) zákona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prvej vety zákona o súdnych poplatkoch, prvoinštančný súd zruší uznesenie o zastavení konania pre nezaplatenie súdneho poplatku, ak bol súdny poplatok zaplatený v lehote určenej súdom podľa odseku 1 alebo ak sú na to dôvody podľa odseku 2. 8. Podľa § 14 ods. 3 zákona o súdnych poplatkoch, v sťažnosti proti rozhodnutiu o zastavení súdneho konania pre nezaplatenie súdneho poplatku nemožno namietať skutočnosti, ktoré nastali po uplynutí lehoty na zaplatenie súdneho poplatku. 9.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Súd doručil výzvu na zaplatenie súdneho poplatku za podanú žalobu právnemu zástupcovi žalobcu dňa 05.09.2017, pričom súdny poplatok nebol v stanovenej lehote, a ani do dnešného dňa zaplatený, čo zakladá dôvod na zastavenie konania v zmysle vyššie citovanej procesnoprávnej úpravy.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Rozsah, v akom sa uznesenie napáda, môže sťažovateľ rozšíriť len do uplynutia lehoty na podanie sťažnosti (§ 244 CSP). V sťažnosti možno uvádzať nové skutočnosti a dôkazy, ak je to so zreteľom na povahu a okolnosti sporu možné a účelné (§ 245 CSP).</w:t>
      </w:r>
    </w:p>
    <w:p/>
    <w:p>
      <w:r>
        <w:t>Zdroj: KAUZIS.SK – https://www.kauzis.sk/judikatura/r/ECLI:SK:KSBA:2017:1017200089.2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