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4Sa/6/2017 z 13. 2. 2017</w:t>
      </w:r>
    </w:p>
    <w:p>
      <w:r>
        <w:t>Uznesenie Krajského súdu Bratislava z 13. februára 2017, sp. zn. 4Sa/6/2017, ECLI:SK:KSBA:2017:1017200103.1</w:t>
      </w:r>
    </w:p>
    <w:p>
      <w:r>
        <w:t>Súd: Krajský súd Bratislava</w:t>
      </w:r>
    </w:p>
    <w:p>
      <w:r>
        <w:t>Spisová značka: 4Sa/6/2017</w:t>
      </w:r>
    </w:p>
    <w:p>
      <w:r>
        <w:t>ECLI: ECLI:SK:KSBA:2017:1017200103.1</w:t>
      </w:r>
    </w:p>
    <w:p>
      <w:r>
        <w:t>Dátum vydania: 13.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4Sa/6/2017 Identifikačné číslo súdneho spisu: 1017200103 Dátum vydania rozhodnutia: 14. 02. 2017 Meno a priezvisko sudcu, VSÚ: JUDr. Ľubomír Šramko ECLI: ECLI:SK:KSBA:2017:1017200103.1 Uznesenie Krajský súd v Bratislave v právnej veci žalobcu: SLOVAK FINANCE s.r.o., so sídlom Medveďovej 15, Bratislava, zastúpeného: JUDr. Julián Lapšanský, advokátska kancelária, spol. s r.o., so sídlom Pribinova 4, Bratislava, proti žalovanému: Slovenská obchodná inšpekcia, Ústredný inšpektorát so sídlom v Bratislave, Prievozská 32, Bratislava, v konaní o správnej žalobe žalobcu z 19.1.2017 proti inému zásahu orgánu verejnej správy, takto r o z h o d o l : Krajský súd v Bratislave p o s t u p u j e vec miestne príslušnému Krajskému súdu v Nitre. o d ô v o d n e n i e : 1/ Dňa 20.1.2017 bola Krajskému súdu v Bratislave ako správnemu súdu (ďalej len „súd“) doručená správna žaloba žalobcu z 19.1.2017 proti inému zásahu žalovaného. Z jej obsahu, ako aj z obsahu priložených príloh je zrejmé, že žalobca sa po vykonaní inšpekcie Inšpektorátom Slovenskej obchodnej inšpekcie v Nitre pre Nitriansky kraj (ďalej len „inšpektorát“) v dňoch 6.10. a 26.10.2016 domáhal voči inšpektorátu poskytnutia mena pisateľa spotrebiteľského podnetu č. 651/2016, na základe ktorého bola inšpekcia vykonaná. Inšpektorát listom zn. 3005/04/16 zo 14.11.2016 túto informáciu žalobcovi neposkytol. Voči tomuto rozhodnutiu podal žalobca odvolanie, datované 21.11.2016 o ktorom rozhodol žalovaný listom zn.: 585/52/16 zo 7.12.2016 tak, že napadnuté rozhodnutie potvrdil. Následne doručil žalobca súdu správnu žalobu, datovanú19.1.2017. Podľa § 3 zákona č. 128/2002 Z.z. o štátnej kontrole vnútorného trhu vo veciach ochrany spotrebiteľa a o zmene a doplnení niektorých zákonov: (1) Orgánom kontroly vnútorného trhu je Slovenská obchodná inšpekcia; vo svojej kontrolnej a rozhodovacej činnosti je nezávislá. (2) Slovenská obchodná inšpekcia je orgánom štátnej správy podriadeným Ministerstvu hospodárstva Slovenskej republiky. Je rozpočtovou organizáciou napojenou na štátny rozpočet v kapitole Ministerstva hospodárstva Slovenskej republiky (ďalej len "ministerstvo"). Člení sa na Ústredný inšpektorát Slovenskej obchodnej inšpekcie so sídlom v Bratislave (ďalej len "ústredný inšpektorát") a jemu podriadené inšpektoráty Slovenskej obchodnej inšpekcie (ďalej len "inšpektorát"), a to: a) Inšpektorát Slovenskej obchodnej inšpekcie so sídlom v Bratislave pre Bratislavský kraj, b) Inšpektorát Slovenskej obchodnej inšpekcie so sídlom v Trnave pre Trnavský kraj, c) Inšpektorát Slovenskej obchodnej inšpekcie so sídlom v Trenčíne pre Trenčiansky kraj, d) Inšpektorát Slovenskej obchodnej inšpekcie v Nitre pre Nitriansky kraj, e) Inšpektorát Slovenskej obchodnej inšpekcie so sídlom v Žiline pre Žilinský kraj, f) Inšpektorát Slovenskej obchodnej inšpekcie v Banskej Bystrici pre Banskobystrický kraj, g) Inšpektorát Slovenskej obchodnej inšpekcie so sídlom v Prešove pre Prešovský kraj, h) Inšpektorát Slovenskej obchodnej inšpekcie so sídlom v Košiciach pre Košický kraj. (3) Na čele Slovenskej obchodnej inšpekcie je ústredný riaditeľ, ktorého vymenúva a odvoláva minister hospodárstva Slovenskej republiky. Na čele inšpektorátu je riaditeľ, ktorého vymenúva a odvoláva ústredný riaditeľ. (4) Inšpektorát je v správnom konaní orgánom prvého stupňa. Podľa ust. § 9 ods. 1 zákona č. 162/2015 Z.z. správny súdny poriadok (ďalej len „SSP“), konanie sa uskutočňuje na tom správnom súde, ktorý je vecne, miestne a kauzálne príslušný. Príslušnosť sa určuje podľa okolností existujúcich v čase začatia konania a trvá až do jeho skončenia. Podľa ust. § 10 SSP, na konanie a rozhodovanie v správnom súdnictve sú vecne príslušné krajské súdy, ak tento zákon neustanovuje inak. Podľa ust. § 13 ods. 1 SSP, miestne príslušným je krajský súd, v ktorého obvode má sídlo orgán verejnej správy, ktorý rozhodol v prvom stupni, ak tento zákon neustanovuje inak. Podľa ust. § 18 ods. 2 SSP, ak správny súd zistí, že nie je vecne, miestne alebo kauzálne príslušný, postúpi vec uznesením príslušnému správnemu súdu. Nižší správny súd je postúpením veci vyšším správnym súdom viazaný. 2/ Ako to vyplýva z uvedeného, inšpektorát v predmetnej veci rozhodol ako prvostupňový správny orgán, žalovaný ako odvolací - druhostupňový správny orgán. 3/ Po doručení predmetnej žaloby súd skúmal svoju miestnu príslušnosť na konanie. S poukazom na cit. ust. § 13 ods. 1 SSP správny súd dospel k presvedčeniu, že na konanie je miestne príslušným Krajský súd v Nitre, nakoľko v jeho obvode má sídlo správny orgán (inšpektorát), ktorý v predmetnej veci rozhodol v prvom stupni. Preto súd rozhodol tak, ako je uvedené vo výrokovej časti tohto uznesenia. 4/ Po právoplatnosti uznesenia bude spis zaslaný miestne príslušnému Krajskému súdu v Nitre na ďalšie konanie. Poučenie: Proti tomuto uzneseniu kasačná sťažnosť nie je prípustná.</w:t>
      </w:r>
    </w:p>
    <w:p/>
    <w:p>
      <w:r>
        <w:t>Zdroj: KAUZIS.SK – https://www.kauzis.sk/judikatura/r/ECLI:SK:KSBA:2017:1017200103.1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