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6S/17/2017 z 12. 7. 2017</w:t>
      </w:r>
    </w:p>
    <w:p>
      <w:r>
        <w:t>Uznesenie Krajského súdu Bratislava z 12. júla 2017, sp. zn. 6S/17/2017, ECLI:SK:KSBA:2017:1017200115.2</w:t>
      </w:r>
    </w:p>
    <w:p>
      <w:r>
        <w:t>Súd: Krajský súd Bratislava</w:t>
      </w:r>
    </w:p>
    <w:p>
      <w:r>
        <w:t>Spisová značka: 6S/17/2017</w:t>
      </w:r>
    </w:p>
    <w:p>
      <w:r>
        <w:t>ECLI: ECLI:SK:KSBA:2017:1017200115.2</w:t>
      </w:r>
    </w:p>
    <w:p>
      <w:r>
        <w:t>Dátum vydania: 12.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6S/17/2017 Identifikačné číslo súdneho spisu: 1017200115 Dátum vydania rozhodnutia: 13. 07. 2017 Meno a priezvisko sudcu, VSÚ: Mgr. Marián Degma ECLI: ECLI:SK:KSBA:2017:1017200115.2 Uznesenie Krajský súd v Bratislave v právnej veci žalobcu: HAGO s.r.o., Kalnická cesta 822/1, 934 01 Levice, zastúpený LEGATE, s.r.o., Dvořákovo nábrežie 8/A, 811 02 Bratislava, proti žalovanému: Slovenská inšpekcia životného prostredia, Jeséniova 17D, 831 01 Bratislava, za účasti: PPC Energy, a.s., Magnetová 12, 831 04 Bratislava, zastúpený: RR Legal Corp., s.r.o., Humenské nám. 4, Bratislava, v konaní o preskúmanie zákonnosti rozhodnutia žalovaného č. 5195-32880/37/2016/Put/376410108/KR- Z5,Z7 zo dňa 15.11.2016, takto r o z h o d o l : Krajský súd v Bratislave konanie z a s t a v u j e . Žiaden z účastníkov n e m á právo na náhradu trov konania. o d ô v o d n e n i e : 1. Žalobou doručenou Krajskému súdu v Bratislave dňa 24.01.2017 sa žalobca domáhal preskúmania rozhodnutia žalovaného č. 5195-32880/37/2016/Put/376410108/KR-Z5,Z7 zo dňa 15.11.2016, ktorým žalovaný povolil užívanie stavby „PPC Energy Bratislava - Prestavba existujúceho zdroja“. Uvedené rozhodnutie nadobudlo právoplatnosť dňa 16.11.2016 a bolo žalobcovi doručené dňa 21.11.2016, proti čomu podal odvolanie o ktorom sa doposiaľ nerozhodlo. 2. Podaním doručeným správnemu súdu dňa 29.06.2017 vzal žalobca žalobu späť a navrhol konanie zastaviť. 3. Podľa § 63 zákona č. 162/2015 Z. z. Správny súdny poriadok (ďalej len „SSP")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3:0 (§ 3 ods. 9 zákona č. 757/2004 Z.z. v znení zákona č. 33/2011).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https://www.kauzis.sk/judikatura/r/ECLI:SK:KSBA:2017:1017200115.2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