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5S/25/2017 z 20. 3. 2017</w:t>
      </w:r>
    </w:p>
    <w:p>
      <w:r>
        <w:t>Uznesenie Krajského súdu Bratislava z 20. marca 2017, sp. zn. 5S/25/2017, ECLI:SK:KSBA:2017:1017200189.2</w:t>
      </w:r>
    </w:p>
    <w:p>
      <w:r>
        <w:t>Súd: Krajský súd Bratislava</w:t>
      </w:r>
    </w:p>
    <w:p>
      <w:r>
        <w:t>Spisová značka: 5S/25/2017</w:t>
      </w:r>
    </w:p>
    <w:p>
      <w:r>
        <w:t>ECLI: ECLI:SK:KSBA:2017:1017200189.2</w:t>
      </w:r>
    </w:p>
    <w:p>
      <w:r>
        <w:t>Dátum vydania: 20. 3. 2017</w:t>
      </w:r>
    </w:p>
    <w:p>
      <w:r>
        <w:t>Forma: Uznesenie</w:t>
      </w:r>
    </w:p>
    <w:p>
      <w:pPr>
        <w:pStyle w:val="Heading2"/>
      </w:pPr>
      <w:r>
        <w:t>Text rozhodnutia</w:t>
      </w:r>
    </w:p>
    <w:p>
      <w:r>
        <w:t>Súd: Krajský súd Bratislava Spisová značka: 5S/25/2017 Identifikačné číslo súdneho spisu: 1017200189 Dátum vydania rozhodnutia: 21. 03. 2017 Meno a priezvisko sudcu, VSÚ: JUDr. Viera Šebestová ECLI: ECLI:SK:KSBA:2017:1017200189.2 Uznesenie Krajský súd v Bratislave v právnej veci žalobcu: BILLA s.r.o., Bajkalská 19/A, 821 02 Bratislava, IČO: 31 347 037, zastúpený advokátskou kanceláriou: SOUKENÍK - ŠTRPKA, s. r. o., Šoltésovej 14, 811 08 Bratislava, IČO: 36 862 711, proti žalovanému: Štátna veterinárna a potravinová správa Slovenskej republiky, Botanická 17, 842 13 Bratislava, o preskúmanie zákonnosti rozhodnutia žalovaného č. k.: 3724/2016 zo dňa 05.12.2016, takto r o z h o d o l : Krajský súd v Bratislave p o s t u p u j e vec Krajskému súdu v Nitre. o d ô v o d n e n i e : 1. Správnou žalobou doručenou tunajšiemu správnemu súdu dňa 08.02.2017 sa žalobca domáha preskúmania zákonnosti rozhodnutia o odvolaní č. k.: 3724/2016 zo dňa 05.12.2016, ktorým žalovaný potvrdil rozhodnutie Regionálnej veterinárnej a potravinovej správy Komárno č. k.: 2016/002412/00311/ Kn zo dňa 06.10.2016 o uložení úhrnnej pokuty vo výške X.XXX.XXX,- eur podľa § 28 ods. 4 písm. i) v spojení s § 28 ods. 8 zákona o potravinách za nedostatky zistené pri výkone úradnej kontroly potravín dňa 17.11.2015 v čase od 14.00 hod. do 20.00 hod. v prevádzkarni: Supermarket BILLA s.r.o., filiálka 260, Komárno. 2. Dňa 1. júla 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97 zákona č. 162/2015 Z. z. Správny súdny poriadok (ďalej len „SSP“), ak tento zákon neustanovuje inak, správny súd kedykoľvek počas konania prihliada na to, či sú splnené podmienky, za ktorých môže správny súd konať a rozhodnúť (ďalej len "procesné podmienky").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Podľa § 18 ods. 5 SSP, právne účinky spojené s podaním žaloby alebo iného podania zostávajú pri postúpení veci zachované. 8. V uvedenej právnej veci správny súd po skúmaní procesných podmienok zistil, že nie je miestne príslušný na konanie o podanej žalobe. V prejednávanej veci rozhodovala v prvom stupni Regionálna veterinárna a potravinová správa Komárno, ktorá má sídlo v Komárne, a teda miestne (aj vecne) príslušným je Krajský súd v Nitre, keďže v jeho obvode má sídlo orgán verejnej správy, ktorý vo veci rozhodoval v prvom stupni. 9. Nakoľko v uvedenej veci bolo zistené, že Krajský súd v Bratislave nie je miestne príslušným na konanie v predmetnej veci, vec bude po právoplatnosti tohto uznesenia postúpená Krajskému súdu v Nitre. 10.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https://www.kauzis.sk/judikatura/r/ECLI:SK:KSBA:2017:1017200189.2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