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5S/29/2017 z 27. 3. 2017</w:t>
      </w:r>
    </w:p>
    <w:p>
      <w:r>
        <w:t>Uznesenie Krajského súdu Bratislava z 27. marca 2017, sp. zn. 5S/29/2017, ECLI:SK:KSBA:2017:1017200218.1</w:t>
      </w:r>
    </w:p>
    <w:p>
      <w:r>
        <w:t>Súd: Krajský súd Bratislava</w:t>
      </w:r>
    </w:p>
    <w:p>
      <w:r>
        <w:t>Spisová značka: 5S/29/2017</w:t>
      </w:r>
    </w:p>
    <w:p>
      <w:r>
        <w:t>ECLI: ECLI:SK:KSBA:2017:1017200218.1</w:t>
      </w:r>
    </w:p>
    <w:p>
      <w:r>
        <w:t>Dátum vydania: 27.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5S/29/2017 Identifikačné číslo súdneho spisu: 1017200218 Dátum vydania rozhodnutia: 28. 03. 2017 Meno a priezvisko sudcu, VSÚ: JUDr. Eva Fulcová ECLI: ECLI:SK:KSBA:2017:1017200218.1 Uznesenie Krajský súd v Bratislave v právnej veci žalobcu: SWAN Mobile, a. s., Borská 6, 841 04 Bratislava, IČO: 35 680 202, zastúpený: Advokátska kancelária BORLOKOVA &amp; ASSOCIATES s. r. o., Jakubovo nám. 19, 811 09 Bratislava, IČO: 47 243 805, proti žalovanému: Úrad pre reguláciu elektronických komunikácií a poštových služieb, Továrenská 7, P. O. BOX 40, 828 55 Bratislava 24, o preskúmanie zákonnosti rozhodnutia žalovaného o rozklade č. 24/PÚ/2016-378 zo dňa 13.12.2016, takto r o z h o d o l : Správny súd konanie z a s t a v u j e. Žiaden z účastníkov nemá právo na náhradu trov konania. o d ô v o d n e n i e : . Správnou žalobou podanou na tunajšom správnom súde dňa 13.02.2017 sa žalobca domáhal preskúmania zákonnosti rozhodnutia žalovaného o rozklade č. 24/PÚ/2016-378 zo dňa 13.12.2016, ktorým žalovaný zamietol rozklad žalobcu a potvrdil rozhodnutie Úradu pre reguláciu elektronických komunikácií a poštových služieb, odboru štátneho dohľadu č. 711/OŠD/2016 zo dňa 03.10.2016. Prvostupňovým rozhodnutím nebolo žalobcovi priznané postavenie účastníka správneho konania začatého dňa 05.09.2016 vo veci uloženia pokuty podľa § 73 ods. 2 písm. b) zákona o elektronických komunikáciách za neplnenie povinnosti uvedenej v individuálnom povolení, vydanom úradom pre spoločnosť Orange Slovensko, a.s. pod č. 131054103 zo dňa 30.12.2013, v časti jeho výroku „Národný roaming“. Žalobca žiadal napadnuté rozhodnutie vrátane prvostupňového rozhodnutia zrušiť. 2. Podaním doručeným správnemu súdu dňa 06.03.2017 zobral žalobca žalobu pred prejednaním veci v celom rozsahu späť bez bližšieho odôvodnenia a konanie vo veci žiadal zastaviť. Zároveň si neuplatnil náhradu trov konania.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https://www.kauzis.sk/judikatura/r/ECLI:SK:KSBA:2017:1017200218.1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