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6Sa/26/2017 z 24. 5. 2017</w:t>
      </w:r>
    </w:p>
    <w:p>
      <w:r>
        <w:t>Uznesenie Krajského súdu Bratislava z 24. mája 2017, sp. zn. 6Sa/26/2017, ECLI:SK:KSBA:2017:1017200262.2</w:t>
      </w:r>
    </w:p>
    <w:p>
      <w:r>
        <w:t>Súd: Krajský súd Bratislava</w:t>
      </w:r>
    </w:p>
    <w:p>
      <w:r>
        <w:t>Spisová značka: 6Sa/26/2017</w:t>
      </w:r>
    </w:p>
    <w:p>
      <w:r>
        <w:t>ECLI: ECLI:SK:KSBA:2017:1017200262.2</w:t>
      </w:r>
    </w:p>
    <w:p>
      <w:r>
        <w:t>Dátum vydania: 24. 5. 2017</w:t>
      </w:r>
    </w:p>
    <w:p>
      <w:r>
        <w:t>Forma: Uznesenie</w:t>
      </w:r>
    </w:p>
    <w:p>
      <w:pPr>
        <w:pStyle w:val="Heading2"/>
      </w:pPr>
      <w:r>
        <w:t>Text rozhodnutia</w:t>
      </w:r>
    </w:p>
    <w:p>
      <w:r>
        <w:t>Súd: Krajský súd Bratislava Spisová značka: 6Sa/26/2017 Identifikačné číslo súdneho spisu: 1017200262 Dátum vydania rozhodnutia: 25. 05. 2017 Meno a priezvisko sudcu, VSÚ: JUDr. Milota Tóthová ECLI: ECLI:SK:KSBA:2017:1017200262.2 Uznesenie Krajský súd v Bratislave v právnej veci žalobcu: A.. P. E., H.. XX.XX.XXXX, Y. X, XXX XX C., proti žalovanému: Ministerstvo vnútra Slovenskej republiky, Pribinova 2, 812 72 Bratislava, o správnej žalobe v sociálnych veciach, o preskúmanie zákonnosti rozhodnutia žalovaného sp. zn. KM-OLVS-93/2016/ OPK zo dňa 18.01.2017, takto r o z h o d o l : Krajský súd v Bratislave z a m i e t a návrh žalobcu na priznanie odkladného účinku správnej žalobe v sociálnych veciach zo dňa 21.02.2017. o d ô v o d n e n i e : 1. Žalobou doručenou Krajskému súdu v Bratislave (ďalej len „správny súd“) dňa 23.02.2017 sa žalobca domáhal zrušenia rozhodnutia žalovaného sp. zn. KM-OLVS-93/2016/OPK zo dňa 18.01.2017, ktorým bolo zamietnuté odvolanie proti rozhodnutiu odboru sociálneho zabezpečenia sekcie personálnych a sociálnych činností a osobného úradu Ministerstva vnútra Slovenskej republiky č. SPOU- OSZ-4.094-037/2016-VZ zo dňa 16.08.2016, ktorým bolo podľa § 81 ods. 3 písm. a) s poukázaním na § 105 ods. 14 a 15 zákona č. 328/2002 Z.z. rozhodnuté o tom, že žalobca je povinný vrátiť neoprávnene prijatú dávku výsluhového zabezpečenia za obdobie od 01.05.2006 do 30.04.2016 v sume 43 323,14 Eur odboru do 30 dní odo dňa nadobudnutia právoplatnosti tohto rozhodnutia. Súčasne navrhol, aby súd priznal žalobe v predmetnej veci odkladný účinok z dôvodu, že okamžitým výkonom napadnutého rozhodnutia by mu hrozila závažná ujma, finančná škoda a iné vážne nenapraviteľné následky. Uviedol, že žalovanému ako orgánu verejnej správy odklad výkonu napadnutého rozhodnutia nespôsobí vážny následok a odkladný účinok nie je v rozpore s verejným záujmom v zmysle § 185 S.s.p. V súčasnosti žalobca nedisponuje finančnými prostriedkami v sume požadovanej žalovaným. 2. Žalovaný doručil správnemu súdu dňa 11.05.2017 vyjadrenie k žalobe spolu s administratívnym spisom týkajúcim sa danej veci. Poukázal na to, že na základe žiadosti žalobcu zo dňa 24.02.2017, ktorá bola doručená žalovanému dňa 28.02.2017, v ktorej poukazoval na podanie žaloby proti napadnutému rozhodnutiu, pričom zároveň žiadal o odklad výkonu napadnutého rozhodnutia, žalovaný rozhodnutím č.p.: SPOU-OSZ-4.094-052/2017-VZ zo dňa 04.04.2017, doručeným žalobcovi dňa 12.04.2017 v súlade s ustanovením § 75 ods. 1 zákona č. 71/1967 Zb. o správnom konaní (správny poriadok) v znení neskorších predpisov odložil výkon napadnutého rozhodnutia do doby právoplatného skončenia jeho súdneho prieskumu. 3. Podľa § 185 písm. a) zákona č. 162/2015 Z.z.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4. Podľa § 187 ods. 3 S.s.p. o návrhu žalobcu podľa § 185 rozhodne správny súd do 30 dní od doručenia vyjadrenia žalovaného k tomuto návrhu, prípadne administratívnych spisov, ak bol návrh podaný súčasne so správnou žalobou. 5. Podľa § 188 S.s.p. ak správny súd návrhu žalobcu nevyhovie, uznesením ho zamietne. 6. Z obsahu administratívneho spisu správny súd zistil, že žalovaný rozhodnutím č.p.: SPOU- OSZ-4.094-052/2017-VZ zo dňa 04.04.2017 podľa § 75 ods. 1 správneho poriadku s poukazom na § 84 ods. 1 zákona č. 328/2002 Z.z. o sociálnom zabezpečení policajtov a vojakov odložil výkon rozhodnutia č.p.: SPOU-OSZ-4.094-037/2016-VZ zo dňa 16.08.2016, ktoré nadobudlo právoplatnosť dňa 08.02.2017, do právoplatného skončenia súdneho prieskumu vzhľadom na žalobcom podanú žalobu podľa Správneho súdneho poriadku. V odôvodnení svojho rozhodnutia uviedol, že vo výkone napadnutého rozhodnutia sa bude pokračovať až po právoplatnom skončení jeho súdneho prieskumu. 7. Vzhľadom na vyššie uvedené skutočnosti postupoval správny súd v súlade s § 188 S.s.p. a rozhodol o žiadosti žalobcu spôsobom uvedeným vo výroku tohto uznesenia. Poučenie: Proti tomuto uzneseniu nie je prípustná kasačná sťažnosť [§ 439 ods. 2 písm. e) S.s.p.].</w:t>
      </w:r>
    </w:p>
    <w:p/>
    <w:p>
      <w:r>
        <w:t>Zdroj: KAUZIS.SK – https://www.kauzis.sk/judikatura/r/ECLI:SK:KSBA:2017:1017200262.2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