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1S/42/2017 z 29. 3. 2017</w:t>
      </w:r>
    </w:p>
    <w:p>
      <w:r>
        <w:t>Uznesenie Krajského súdu Bratislava z 29. marca 2017, sp. zn. 1S/42/2017, ECLI:SK:KSBA:2017:1017200286.1</w:t>
      </w:r>
    </w:p>
    <w:p>
      <w:r>
        <w:t>Súd: Krajský súd Bratislava</w:t>
      </w:r>
    </w:p>
    <w:p>
      <w:r>
        <w:t>Spisová značka: 1S/42/2017</w:t>
      </w:r>
    </w:p>
    <w:p>
      <w:r>
        <w:t>ECLI: ECLI:SK:KSBA:2017:1017200286.1</w:t>
      </w:r>
    </w:p>
    <w:p>
      <w:r>
        <w:t>Dátum vydania: 29.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1S/42/2017 Identifikačné číslo súdneho spisu: 1017200286 Dátum vydania rozhodnutia: 30. 03. 2017 Meno a priezvisko sudcu, VSÚ: JUDr. Anna Peťovská PhD. ECLI: ECLI:SK:KSBA:2017:1017200286.1 Uznesenie Krajský súd v Bratislave v právnej veci žalobcu: PLASTT, spol. s r.o. Košice, so sídlom Senný trh 2, 040 01 Košice, IČO: 17 080 819, zastúpený: JUDr. Ing. Dezider Jančik, advokát, so sídlom Hlavná 119, 040 01 Košice, proti žalovanému: Ministerstvo vnútra Slovenskej republiky, so sídlom Pribinova 2, 812 72 Bratislava, o náhradu škody, takto r o z h o d o l : Krajský súd v Bratislave vec p o s t u p u j e na ďalšie konanie vecne a mieste príslušnému Okresnému súdu Bratislava I v Bratislave. o d ô v o d n e n i e : 1. Žalobou doručenou tunajšiemu správnemu súdu dňa 28.02.2017, sa žalobca domáhal náhrady škody v celkovej výške 24.273,62 eur (20.910,- eur ako cena vyplatená oprávneným vlastníkom, 99,55 eur súdny poplatok, 400,- eur náhradu trov znaleckého dokazovania, 2.863,62 eur trovy právneho zastúpenia, ktoré nahradil žalobca) spôsobenej nesprávnym úradným postupom žalovaného podľa zákona č. 514/2003 Z.z. o zodpovednosti za škodu spôsobenú pri výkone verejnej moci a o zmene niektorých zákonov, ktoré malo spočívať v nesprávnom zápise geometrického plánu č. 125/95 do katastra nehnuteľností. 2. Dňa 01.07.2016 nadobudli účinnosť tri procesné kódexy - Civilný sporový poriadok (zákon č. 160/2015 Z. z.), Civilný mimosporový poriadok (zákon č. 161/2015 Z. z.) a Správny súdny poriadok? (zákon č. 162/2015 Z. z.), ktoré nahradili doteraz platný Občiansky súdny poriadok (zákon č. 99/1963 Zb.). V správnom súdnictve správny súd postupuje v zmysle Správneho súdneho poriadku. 3. Podľa § 2 ods. 1 zákona č. 162/2015 Z. z. Správny súdny poriadok (ďalej len „SSP“), v správnom súdnictve poskytuje správny súd ochranu právam alebo právom chráneným záujmom fyzickej osoby a právnickej osoby v oblasti verejnej správy a rozhoduje v ďalších veciach ustanovených týmto zákonom. 4. Podľa § 6 ods. 1 SSP, v správnom súdnictve preskúmavajú správne súdy na základe žalôb zákonnosť rozhodnutí, opatrení a iných zásahov orgánov verejnej správy, poskytujú ochranu pred nečinnosťou orgánov verejnej správy a rozhodujú v ďalších veciach ustanovených zákonom. 5. Podľa § 6 ods. 2 SSP, správne súdy rozhodujú v konaniach a) o správnych žalobách, b) o správnych žalobách vo veciach správneho trestania, c) o správnych žalobách v sociálnych veciach, d) o správnych žalobách vo veciach azylu, zaistenia a pobytu cudzincov, e) o žalobách proti nečinnosti orgánu verejnej správy, f) o žalobách proti inému zásahu orgánu verejnej správy, g) o žalobách vo volebných veciach, h) o žalobách vo veciach územnej samosprávy, i) o žalobách vo veciach politických práv, j) o kompetenčných žalobách, k) o návrhoch vykonateľnosti rozhodnutí cudzích orgánov verejnej správy. 6. Podľa § 97 SSP, ak tento zákon neustanovuje inak, správny súd kedykoľvek počas konania prihliada na to, či sú splnené podmienky, za ktorých môže správny súd konať a rozhodnúť (ďalej len "procesné podmienky"). 7. Podľa § 10 SSP, na konanie a rozhodovanie v správnom súdnictve sú vecne príslušné krajské súdy, ak tento zákon neustanovuje inak. 8. Podľa § 18 ods. 2 SSP, ak správny súd zistí, že nie je vecne, miestne alebo kauzálne príslušný, postúpi vec uznesením príslušnému správnemu súdu. Nižší správny súd je postúpením veci vyšším správnym súdom viazaný. 9. Podľa § 18 ods. 5 SSP, právne účinky spojené s podaním žaloby alebo iného podania zostávajú pri postúpení veci zachované. 10. Podľa § 25 SSP, ak tento zákon neustanovuje inak, použijú sa na konanie pred správnym súdom primerane ustanovenia prvej a druhej časti Civilného sporového poriadku okrem ustanovení o intervencii. Ak niektorá otázka nie je riešená ani v Civilnom sporovom poriadku, správny súd postupuje primerane podľa základných princípov konania tak, aby sa naplnil účel správneho súdnictva. 11. Podľa § 12 zákona č. 160/2015 Z.z. Civilný sporový poriadok (ďalej len ,,CSP“), na konanie v prvej inštancii je príslušný okresný súd, ak tento zákon neustanovuje inak. 12. Podľa § 13 CSP, na konanie v prvej inštancii je miestne príslušný všeobecný súd žalovaného, ak nie je ustanovené inak. 13. Podľa § 17 CSP, všeobecným súdom štátu je súd, v ktorého obvode nastala skutočnosť, ktorá zakladá uplatnené právo. 14. Podľa § 9 ods. 1 zákona č. 514/2003 Z. z. o zodpovednosti za škodu spôsobenú pri výkone verejnej moci a o zmene niektorých zákonov, štát zodpovedá za škodu spôsobenú nesprávnym úradným postupom. Za nesprávny úradný postup sa považuje aj porušenie povinnosti orgánu verejnej moci urobiť úkon alebo vydať rozhodnutie v zákonom ustanovenej lehote, nečinnosť orgánu verejnej moci pri výkone verejnej moci, zbytočné prieťahy v konaní alebo iný nezákonný zásah do práv, právom chránených záujmov fyzických osôb a právnických osôb; za nesprávny úradný postup sa nepovažuje postup alebo výsledok postupu Národnej rady Slovenskej republiky pri výkone jej pôsobnosti podľa čl. 86 písm. a) a d) Ústavy Slovenskej republiky a postup alebo výsledok postupu vlády Slovenskej republiky pri výkone jej pôsobnosti podľa čl. 119 písm. b) Ústavy Slovenskej republiky. 15. Súd v správnom súdnictve nemôže rozhodnúť o určovacej žalobe, ani o žalobe o neplatnosť (rozhodnutia, listiny či právneho úkonu), ani o žalobe na náhradu škody podľa zákona č. 514/2003 o zodpovednosti za škodu spôsobenú pri výkone verejnej moci a o zmene niektorých zákonov. Nemožno ponechať bez povšimnutia, že niekedy je obťažné rozlíšiť, či vec patrí do všeobecného súdnictva alebo do správneho súdnictva. 16. V uvedenej právnej veci správny súd po skúmaní procesných podmienok zistil, že nie je vecne a ani miestne príslušný na konanie o podanej žalobe, nakoľko ide o žalobu o náhradu škody podľa zákona č. 514/2003 Z.z. V konaní pred správnym súdom však o žalobnom návrhu žalobcu na plnenie rozhodnúť nemôže, nakoľko nejde o vec správneho súdnictva, ale o občianskoprávny vzťah, kde na konanie v prvom stupni sú zásadne príslušné okresné súdy a teda v zmysle § 18 ods. 2 SSP, je predseda senátu povinný postúpiť vec uznesením súdu vecne a miestne príslušnému na ďalšie prejednanie. Nakoľko v predmetnej veci je vecne a miestne príslušný Okresný súd Bratislava I, ako všeobecný súd žalovaného, vec mu bude po právoplatnosti tohto uznesenia postúpená na ďalšie konanie. 17.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https://www.kauzis.sk/judikatura/r/ECLI:SK:KSBA:2017:1017200286.1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