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7SaZ/3/2017 z 12. 4. 2017</w:t>
      </w:r>
    </w:p>
    <w:p>
      <w:r>
        <w:t>Uznesenie Krajského súdu Bratislava z 12. apríla 2017, sp. zn. 7SaZ/3/2017, ECLI:SK:KSBA:2017:1017200378.1</w:t>
      </w:r>
    </w:p>
    <w:p>
      <w:r>
        <w:t>Súd: Krajský súd Bratislava</w:t>
      </w:r>
    </w:p>
    <w:p>
      <w:r>
        <w:t>Spisová značka: 7SaZ/3/2017</w:t>
      </w:r>
    </w:p>
    <w:p>
      <w:r>
        <w:t>ECLI: ECLI:SK:KSBA:2017:1017200378.1</w:t>
      </w:r>
    </w:p>
    <w:p>
      <w:r>
        <w:t>Dátum vydania: 12.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7SaZ/3/2017 Identifikačné číslo súdneho spisu: 1017200378 Dátum vydania rozhodnutia: 13. 04. 2017 Meno a priezvisko sudcu, VSÚ: JUDr. Beata Jurgošová ECLI: ECLI:SK:KSBA:2017:1017200378.1 Uznesenie Krajský súd v Bratislave v právnej veci žalobcu: H. G. H., nar. XX.XX.XXXX, štátna príslušnosť: H. N. G., posledné miesto pobytu: J. J. pre T. X. U. H. J. J. J., T., zastúpený: Liga za ľudské práva, občianske združenie, Štúrova 3, Bratislava, proti žalovanému: Ministerstvo vnútra Slovenskej republiky, Migračný úrad, Pivonková 6, Bratislava, o správnej žalobe proti rozhodnutiu žalovaného ČAS.: MU- DS-248-8/2016-DŽ zo dňa 25.07.2016, takto r o z h o d o l : Krajský súd v Bratislave konanie zastavuje. Žiaden z účastníkov konania nemá právo na náhradu trov konania. o d ô v o d n e n i e : Krajský súd v Bratislave rozsudkom č.k. 7SaZ/1/2016 - 44 zo dňa 08.11.2016 správnu žalobu proti rozhodnutiu žalovaného ČAS.: MU-DS-248-8/2016-DŽ zo dňa 25.07.2016 zamietol a nepriznal žalobcovi právo na náhradu trov konania. 2. Z dôvodu podanej kasačnej sťažnosti Najvyšší súd Slovenskej republiky rozsudkom sp. zn. 10Sžak/2/2017 zo dňa 27.02.2017 napadnutý rozsudok zrušil a vec vrátil Krajskému súdu v Bratislave na ďalšie konanie. V odôvodnení svojho rozhodnutia uviedol, že krajský súd vec nesprávne právne posúdil, keď neprihliadol ani na jeden dôkaz predložený sťažovateľom, pretože vychádzal zo skutočností, ktoré boli známe v čase napadnutého rozhodnutia. S poukazom na § 135 ods. 2 písm. a) S.s.p. pre správny súd je rozhodujúci stav v čase vyhlásenia alebo vydania jeho rozhodnutia v konaniach o správnych žalobách vo veciach azylu, zaistenia a administratívneho vyhostenia. Krajský súd sa mal zaoberať skutočnosťou, že sťažovateľ dňa 06.09.2016 požiadal o udelenie azylu na území Slovenskej republiky a konanie o správnej žalobe zastaviť podľa § 217 zákona č. 162/2015 Z.z. Správny súdny poriadok (ďalej len „S.s.p.“). Uviedol, že o nároku na náhradu trov kasačného konania v zmysle § 467 ods. 3 S.s.p. rozhodne v ďalšom konaní krajský súd. 3. Podľa § 217 S.s.p. správny súd konanie o správnej žalobe proti rozhodnutiu o odovzdaní do iného štátu uznesením zastaví, ak žalobca požiadal o udelenie azylu alebo o poskytnutie doplnkovej ochrany podľa osobitného predpisu. 4. Vzhľadom na viazanosť názorom kasačného súdu, správny súd v zmysle § 217 S.s.p. konanie o správnej žalobe proti rozhodnutiu o odovzdaní žalobcu do Bulharska uznesením zastavil, pretože žalobca požiadal dňa 06.09.2016 o azyl na území Slovenskej republiky podľa zákona č. 480/2002 Z.z. o azyle a o zmene a doplnení niektorých zákonov. 5. O nároku na náhradu trov konania súd rozhodol podľa § 170 písm. b) S.s.p. Poučenie: Proti tomuto uzneseniu možno podať kasačnú sťažnosť v lehote jedného mesiaca od doručenia rozhodnutia, na Krajskom súde v Bratislave. V kasačnej sťažnosti sa musí okrem všeobecných náležitostí podania podľa § 57 S.s.p. uviesť označenie napadnutého rozhodnutia, údaj kedy napadnuté rozhodnutie bolo sťažovateľovi doručené, opísanie rozhodujúcich skutočností, aby bolo zrejmé, v akom rozsahu a z akých dôvodov podľa § 440 S.s.p. sa podáva a návrh výroku rozhodnutia.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https://www.kauzis.sk/judikatura/r/ECLI:SK:KSBA:2017:1017200378.1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