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4Sa/23/2017 z 20. 3. 2017</w:t>
      </w:r>
    </w:p>
    <w:p>
      <w:r>
        <w:t>Uznesenie Krajského súdu Bratislava z 20. marca 2017, sp. zn. 4Sa/23/2017, ECLI:SK:KSBA:2017:1017200402.1</w:t>
      </w:r>
    </w:p>
    <w:p>
      <w:r>
        <w:t>Súd: Krajský súd Bratislava</w:t>
      </w:r>
    </w:p>
    <w:p>
      <w:r>
        <w:t>Spisová značka: 4Sa/23/2017</w:t>
      </w:r>
    </w:p>
    <w:p>
      <w:r>
        <w:t>ECLI: ECLI:SK:KSBA:2017:1017200402.1</w:t>
      </w:r>
    </w:p>
    <w:p>
      <w:r>
        <w:t>Dátum vydania: 20. 3. 2017</w:t>
      </w:r>
    </w:p>
    <w:p>
      <w:r>
        <w:t>Forma: Uznesenie</w:t>
      </w:r>
    </w:p>
    <w:p>
      <w:pPr>
        <w:pStyle w:val="Heading2"/>
      </w:pPr>
      <w:r>
        <w:t>Text rozhodnutia</w:t>
      </w:r>
    </w:p>
    <w:p>
      <w:r>
        <w:t>Súd: Krajský súd Bratislava Spisová značka: 4Sa/23/2017 Identifikačné číslo súdneho spisu: 1017200402 Dátum vydania rozhodnutia: 21. 03. 2017 Meno a priezvisko sudcu, VSÚ: JUDr. Ľubomír Šramko ECLI: ECLI:SK:KSBA:2017:1017200402.1 Uznesenie Krajský súd v Bratislave v právnej veci žalobcu: K.. S. E. V., narodeného XX.XX.XXXX, štátneho príslušníka Pakistanskej islamskej republiky, aktuálne s miestom pobytu v Ú. H. W. pre B. E., bez dokladu totožnosti,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zo dňa 8.3.2017 vo veci zaistenia voči rozhodnutiu žalovaného č. p.: PPZ-HCP-BA6-21-025/2017-AV zo dňa 30.1.2017 takto r o z h o d o l : Krajský súd v Bratislave žalobu o d m i e t a . Žalobcovi nepriznáva náhradu trov konania. o d ô v o d n e n i e : 1. Dňa 20.3.2017 bola Krajskému súdu v Bratislave ako správnemu súdu (ďalej len „súd“) doručená prostredníctvom žalovaného spolu so spisom správna žaloba žalobcu, datovaná 8.3.2017. Predmetnou žalobou sa žalobca (K.. S. E. V., naS.. XX.XX.XXXX) domáhal zrušenia napadnutého rozhodnutia žalovaného (MVSR, Prezídium policajného zboru, Úrad hraničnej a cudzineckej polície, Riaditeľstvo hraničnej a cudzineckej polície Bratislava, Oddelenie cudzineckej polície PZ Bratislava) č. p.: PPZ-HCP- BA6-21-025/2017-AV zo dňa 30.1.2017 a svojho bezodkladného prepustenia zo zaistenia. Táto žaloba je evidovaná pod sp. zn. 4Sa/23/2017. 2. Ako to súd zistil z evidenčných pomôcok súdu, dňa 9.3.2017 bola súdu doručená totožná žaloba totožných účastníkov konania (žalobcu: K.. S. E. V., F.. XX.XX.XXXX proti žalovanému: MVSR, Prezídium policajného zboru, Úrad hraničnej a cudzineckej polície, Riaditeľstvo hraničnej a cudzineckej polície Bratislava, Oddelenie cudzineckej polície PZ Bratislava), smerujúca voči totožnému rozhodnutiu žalovaného č. p.: PPZ-HCP-BA6-21-025/2017-AV zo dňa 30.1.2017. Táto žaloba je evidovaná pod sp. zn. 7Sa/20/2017. V tejto veci bolo dňa 20.3.2017 vydané rozhodnutie o zastavení tohto konania, ktoré doposiaľ nenadobudlo právoplatnosť. Podľa § 98 ods. 1 písm. b) zák. č. 162/2015 Z.z. Správny súdny poriadok (ďalej len „SSP“) správny súd uznesením odmietne žalobu, ak o tej istej veci toho istého žalobcu už prebieha pred správnym súdom skôr začaté iné konanie. 3. Ako to je zjavné z vyššie uvedeného, v súčasnosti na súde prebiehajú dve konania (sp. zn. 7Sa/20/2017, 4Sa/23/2017) totožných účastníkov konania v totožnej veci, ktorými sa žalobca v obidvoch prípadoch totožne domáha zrušenia totožného rozhodnutia žalovaného a svojho bezodkladného prepustenia zo zaistenia. 4. Vyššie uvedený stav - situáciu nie je možné posúdiť inak ako tak, že konaniu vo veci sp. zn. 4Sa/23/2017 bráni prekážka inej začatej a totožnej veci na súde sp. zn. 7Sa/20/2017 (litispendencia). Litispendencia je procesnou prekážkou konania, na ktorú súd musí prihliadať z úradnej povinnosti a to postupom podľa vyššie citovaného § 98 ods. 1 písm. b) SSP. 5. Pretože konaniu vo veci sp. zn. 4Sa/23/2017 bráni už prebiehajúce konanie vo veci sp. zn. 7Sa/20/2017 rozhodol súd tak, ako to je uvedené vo výrokovej časti tohto uznesenia. 6. O trovách konania súd rozhodol s poukazom na § 170 písm. a) SSP. Poučenie: Doručené uznesenie je právoplatné (§ 151 SSP). Kasačnou sťažnosťou možno napadnúť právoplatné rozhodnutie krajského súdu. (§ 438 ods. 1 SSP) Prípadne podaná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https://www.kauzis.sk/judikatura/r/ECLI:SK:KSBA:2017:1017200402.1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