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6Sa/24/2017 z 28. 3. 2017</w:t>
      </w:r>
    </w:p>
    <w:p>
      <w:r>
        <w:t>Uznesenie Krajského súdu Bratislava z 28. marca 2017, sp. zn. 6Sa/24/2017, ECLI:SK:KSBA:2017:1017200422.1</w:t>
      </w:r>
    </w:p>
    <w:p>
      <w:r>
        <w:t>Súd: Krajský súd Bratislava</w:t>
      </w:r>
    </w:p>
    <w:p>
      <w:r>
        <w:t>Spisová značka: 6Sa/24/2017</w:t>
      </w:r>
    </w:p>
    <w:p>
      <w:r>
        <w:t>ECLI: ECLI:SK:KSBA:2017:1017200422.1</w:t>
      </w:r>
    </w:p>
    <w:p>
      <w:r>
        <w:t>Dátum vydania: 28.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6Sa/24/2017 Identifikačné číslo súdneho spisu: 1017200422 Dátum vydania rozhodnutia: 29. 03. 2017 Meno a priezvisko sudcu, VSÚ: JUDr. Milota Tóthová ECLI: ECLI:SK:KSBA:2017:1017200422.1 Uznesenie Krajský súd v Bratislave v právnej veci žalobcu: N. D., H. S.. C.. Z. XXXX, U., U..Č.. Ú., T. pre B., G. XX, U., proti žalovanému: Sociálna poisťovňa ústredie, Ul. 29. augusta 8-10, Bratislava, o preskúmanie rozhodnutia žalovaného č.: XXX XXX XXXX X zo dňa 24. novembra 2016, takto r o z h o d o l : Krajský súd v Bratislave p o s t u p u j e vec miestne príslušnému Krajskému súdu v Nitre. o d ô v o d n e n i e : Dňa 22.3.2017 bola konajúcemu Krajskému súdu v Bratislave ako správnemu súdu (ďalej len správny súd) doručená správna žaloba žalobcu na preskúmanie rozhodnutia žalovaného č.: XXX XXX XXXX X zo dňa 24. novembra 2016. Z obsahu spisu vyplýva, že žalobca má trvalé bydlisko na adrese S.. C.. Z. XXXX, U..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bydlisko v Topoľčanoch,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https://www.kauzis.sk/judikatura/r/ECLI:SK:KSBA:2017:1017200422.1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