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5S/52/2017 z 4. 12. 2017</w:t>
      </w:r>
    </w:p>
    <w:p>
      <w:r>
        <w:t>Uznesenie Krajského súdu Bratislava z 4. decembra 2017, sp. zn. 5S/52/2017, ECLI:SK:KSBA:2017:1017200431.1</w:t>
      </w:r>
    </w:p>
    <w:p>
      <w:r>
        <w:t>Súd: Krajský súd Bratislava</w:t>
      </w:r>
    </w:p>
    <w:p>
      <w:r>
        <w:t>Spisová značka: 5S/52/2017</w:t>
      </w:r>
    </w:p>
    <w:p>
      <w:r>
        <w:t>ECLI: ECLI:SK:KSBA:2017:1017200431.1</w:t>
      </w:r>
    </w:p>
    <w:p>
      <w:r>
        <w:t>Dátum vydania: 4. 12. 2017</w:t>
      </w:r>
    </w:p>
    <w:p>
      <w:r>
        <w:t>Forma: Uznesenie</w:t>
      </w:r>
    </w:p>
    <w:p>
      <w:pPr>
        <w:pStyle w:val="Heading2"/>
      </w:pPr>
      <w:r>
        <w:t>Text rozhodnutia</w:t>
      </w:r>
    </w:p>
    <w:p>
      <w:r>
        <w:t>Súd: Krajský súd Bratislava Spisová značka: 5S/52/2017 Identifikačné číslo súdneho spisu: 1017200431 Dátum vydania rozhodnutia: 05. 12. 2017 Meno a priezvisko sudcu, VSÚ: Mgr. Zuzana Gaplovská ECLI: ECLI:SK:KSBA:2017:1017200431.1 Uznesenie Krajský súd v Bratislave v právnej veci žalobkýň: 1. V.. U. R., nar. XX.XX.XXXX, XXX XX I. pri H. XXX, 2. I. G., nar. XX.XX.XXXX, T.. R. XXXX/X, XXX XX H., obe zastúpené: JUDr. Miroslav Pekár, advokát, Krížna 44, 821 08 Bratislava, proti žalovanému: Okresný úrad Bratislava, Odbor opravných prostriedkov, Referát pôdohospodárstva, Tomášikova 46, 832 05 Bratislava, za účasti: Slovenský pozemkový fond, Búdková 36, 817 15 Bratislava, o preskúmanie zákonnosti rozhodnutia žalovaného č. OU-BA-OOP4/2016/96576/ASO zo dňa 23.01.2017, takto r o z h o d o l : Správny súd konanie z a s t a v u j e. Žiaden z účastníkov nemá právo na náhradu trov konania. o d ô v o d n e n i e : 1. Správnou žalobou podanou na tunajšom správnom súde dňa 22.03.2017 sa žalobkyne domáhali preskúmania zákonnosti rozhodnutia žalovaného č. OU-BA-OOP4/2016/96576/ASO zo dňa 23.01.2017, ktorým žalovaný vyhodnotil odvolanie žalobkýň ako nedôvodné a potvrdil rozhodnutie Okresného úradu Bratislava, pozemkový a lesný odbor č. k. 6307/2004, zn. OU-BA-PLO-2016/012856-028/GLI zo dňa 13.07.2016, ktorým nepriznal žalobkyniam vlastnícke právo ani právo na náhradu za nárokovaný pozemok s tým, že predmetné prvostupňové rozhodnutie vo výroku zmenil. Časť výroku o tom, že žiadateľkám nepriznáva vlastnícke právo ani právo na náhradu vypustil a namiesto uvedeného vložil výrok o zamietnutí nároku pôvodného žiadateľa tak, aby bol výrok v súlade s ust. § 5 ods. 2 zákona. 2. Keďže žalobkyne spolu s podaním žaloby nezaplatili súdny poplatok za žalobu v sume 70,- eur, správny súd ich pod následkom zastavenia konania vyzval na zaplatenie súdneho poplatku za podanie žaloby v lehote 10 dní od doručenia, výzvou č. k. 5S 52/2017-43 zo dňa 18.04.2017, doručenou právnemu zástupcovi žalobkýň dňa 09.06.2017. 3. Žalobkyne napriek výzve správneho súdu súdny poplatok do dátumu vydania tohto rozhodnutia nezaplatili.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žalobkyne nezaplatili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https://www.kauzis.sk/judikatura/r/ECLI:SK:KSBA:2017:1017200431.1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