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1S/62/2017 z 29. 6. 2017</w:t>
      </w:r>
    </w:p>
    <w:p>
      <w:r>
        <w:t>Uznesenie Krajského súdu Bratislava z 29. júna 2017, sp. zn. 1S/62/2017, ECLI:SK:KSBA:2017:1017200451.1</w:t>
      </w:r>
    </w:p>
    <w:p>
      <w:r>
        <w:t>Súd: Krajský súd Bratislava</w:t>
      </w:r>
    </w:p>
    <w:p>
      <w:r>
        <w:t>Spisová značka: 1S/62/2017</w:t>
      </w:r>
    </w:p>
    <w:p>
      <w:r>
        <w:t>ECLI: ECLI:SK:KSBA:2017:1017200451.1</w:t>
      </w:r>
    </w:p>
    <w:p>
      <w:r>
        <w:t>Dátum vydania: 29. 6. 2017</w:t>
      </w:r>
    </w:p>
    <w:p>
      <w:r>
        <w:t>Forma: Uznesenie</w:t>
      </w:r>
    </w:p>
    <w:p>
      <w:pPr>
        <w:pStyle w:val="Heading2"/>
      </w:pPr>
      <w:r>
        <w:t>Text rozhodnutia</w:t>
      </w:r>
    </w:p>
    <w:p>
      <w:r>
        <w:t>Súd: Krajský súd Bratislava Spisová značka: 1S/62/2017 Identifikačné číslo súdneho spisu: 1017200451 Dátum vydania rozhodnutia: 30. 06. 2017 Meno a priezvisko sudcu, VSÚ: JUDr. Anna Peťovská PhD. ECLI: ECLI:SK:KSBA:2017:1017200451.1 Uznesenie Krajský súd v Bratislave v právnej veci žalobcu: OZ Triblavina, Hviezdoslavova 1789/1, 900 27 Bernolákovo, IČO: 50 331 981, zastúpený: Advokátska kancelária E - S attorneys-at-law, s.r.o., Záhradnícka 51, 821 08 Bratislava, proti žalovanému: Okresný úrad Bratislava, odbor opravných prostriedkov, referát starostlivosti o životné prostredie, Tomášikova 46, 832 05 Bratislava, o preskúmanie zákonnosti rozhodnutia žalovaného č. OU-BA-OOP3-2017/007366-HAN zo dňa 25.01.2017 a o návrhu na priznanie odkladného účinku žaloby, takto r o z h o d o l : Správny súd návrh žalobcu na priznanie odkladného účinku žaloby z a m i e t a. o d ô v o d n e n i e : 1. Žalobca sa žalobou doručenou tunajšiemu súdu dňa 24.03.2017 domáha preskúmania zákonnosti rozhodnutia žalovaného č. OU-BA-OOP3-2017/007366-HAN zo dňa 25.01.2017, ktorým žalovaný potvrdil rozhodnutie vydané v zisťovacom konaní Okresným úradom Senec, odbor starostlivosti o životné prostredie č. OU-SC-OSZP-2016/08945-Gu zo dňa 19.10.2016. Zároveň žiadal priznať odkladný účinok podanej žalobe v zmysle § 185 Správneho súdneho poriadku (ďalej len SSP) z dôvodu, že na predmetnú stavbu bolo začaté konanie pre umiestnenie stavby a bez odkladného účinku dôjde k povoleniu stavby a nebude už možné relevantne posúdiť dopady na životné prostredie a zabrániť potencionálnym fatálnym dopadom na kvalitu života ľudí žijúcich v spádovej oblasti, ako aj hodnotu ich nehnuteľností. 2. Podľa § 184 SSP, podanie správnej žaloby nemá odkladný účinok, ak tento zákon alebo osobitný predpis neustanovuje inak.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188 SSP, ak správny súd návrhu žalobcu nevyhovie, uznesením ho zamietne. 5. Krajský súd v Bratislave po preskúmaní návrhu žalobcu na priznanie odkladného účinku podanej žaloby rozhodol podľa ust. § 188 SSP tak, že tento návrh zamietol, nakoľko dospel k záveru, že neboli splnené podmienky stanovené v § 185 písm. a) SSP. Žalobca návrh na priznanie odkladného účinku nijako neodôvodnil, resp. neuviedol žiadne konkrétne dôvody podporujúce jeho návrh na priznanie odkladného účinku žaloby, pre ktoré by súd dospel k záveru, že je dôvodný. Na základe uvedených skutočností rozhodol tak, ako je uvedené vo výroku tohto uznesenia. 6. Toto rozhodnutie senát Krajského súdu v Bratislave prijal pomerom hlasov 3 : 0 (§ 3 ods. 9 zákona č. 757/2004 Z. z. v znení zákona č. 33/2011 Z. z.). Poučenie: Proti tomuto uzneseniu kasačná sťažnosť nie je prípustná podľa § 439 ods. 2 písm. e) SSP.</w:t>
      </w:r>
    </w:p>
    <w:p/>
    <w:p>
      <w:r>
        <w:t>Zdroj: KAUZIS.SK – https://www.kauzis.sk/judikatura/r/ECLI:SK:KSBA:2017:1017200451.1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