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1S/74/2017 z 24. 7. 2017</w:t>
      </w:r>
    </w:p>
    <w:p>
      <w:r>
        <w:t>Uznesenie Krajského súdu Bratislava z 24. júla 2017, sp. zn. 1S/74/2017, ECLI:SK:KSBA:2017:1017200540.1</w:t>
      </w:r>
    </w:p>
    <w:p>
      <w:r>
        <w:t>Súd: Krajský súd Bratislava</w:t>
      </w:r>
    </w:p>
    <w:p>
      <w:r>
        <w:t>Spisová značka: 1S/74/2017</w:t>
      </w:r>
    </w:p>
    <w:p>
      <w:r>
        <w:t>ECLI: ECLI:SK:KSBA:2017:1017200540.1</w:t>
      </w:r>
    </w:p>
    <w:p>
      <w:r>
        <w:t>Dátum vydania: 24. 7. 2017</w:t>
      </w:r>
    </w:p>
    <w:p>
      <w:r>
        <w:t>Forma: Uznesenie</w:t>
      </w:r>
    </w:p>
    <w:p>
      <w:pPr>
        <w:pStyle w:val="Heading2"/>
      </w:pPr>
      <w:r>
        <w:t>Text rozhodnutia</w:t>
      </w:r>
    </w:p>
    <w:p>
      <w:r>
        <w:t>Súd: Krajský súd Bratislava Spisová značka: 1S/74/2017 Identifikačné číslo súdneho spisu: 1017200540 Dátum vydania rozhodnutia: 25. 07. 2017 Meno a priezvisko sudcu, VSÚ: JUDr. Zuzana Mališová ECLI: ECLI:SK:KSBA:2017:1017200540.1 Uznesenie Krajský súd v Bratislave v právnej veci žalobcu: B. Z. R. B., O.. XX.XX.XXXX, Š.. P.. C. E., zastúpený: Advokátska kancelária Jakubčová a partneri, s.r.o., Mickiewiczova 2, 811 07 Bratislava, proti žalovanému: Prezídium Policajného zboru, Úrad hraničnej a cudzineckej polície, Riaditeľstvo hraničnej a cudzineckej polície, Hrobákova 44, 852 42 Bratislava, v konaní o preskúmanie zákonnosti rozhodnutia žalovaného č. PPZ-HCP-BA2-2017/000615-006 zo dňa 13.03.2017, o návrhu na priznanie odkladného účinku správnej žalobe, takto r o z h o d o l : Krajský súd v Bratislave návrh žalobcu o priznanie odkladného účinku žalobe o preskúmanie zákonnosti rozhodnutia žalovaného č. PPZ-HCP-BA2-2017/000615-006 zo dňa 13.03.2017 z a m i e t a. o d ô v o d n e n i e : 1. Žalobou doručenou Krajskému súdu v Bratislave dňa 10.04.2017 sa žalobca domáha preskúmania zákonnosti rozhodnutia žalovaného č. PPZ-HCP-BA2-2017/000615-006 zo dňa 13.03.2017, ktorým žalovaný zamietol odvolanie žalobcu a potvrdil rozhodnutie vydané Oddelením cudzineckej polície Policajného zboru Bratislava č. PPZ-HCP-BA6-4844-25/2016-PPC zo dňa 03.10.2016, ktorým bola žalobcovi zamietnutá žiadosť o udelenie prechodného pobytu na území Slovenskej republiky na účel podnikania podľa ust. § 33 ods.6 písm. g) zákona č. 404/2011 Z. z. o pobyte cudzincov s poukazom na ust. § 33 ods. 1 písm. a) zákona č. 404/2011 Z. z. o pobyte cudzincov. 2. Spolu so žalobou podal žalobca aj návrh na priznanie odkladného účinku správnej žalobe, ktorý však bližšie neodôvodnil. 3. Podľa § 184 zákona č. 162/2015 Z. z. Správny súdny poriadok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Po preskúmaní návrhu žalobcu správny súd dospel k záveru, že návrhu na priznanie odkladného účinku správnej žaloby nie je možné vyhovieť. Tunajší súd konštatuje, že podmienky ustanovené v § 185 SSP neboli splnené, pretože žalobca svoj návrh na priznanie odkladného účinku žalobe konkrétnymi dôvodmi neosvedčil. 8. Na základe uvedených skutočností postupoval správny súd v súlade s § 188 SSP a rozhodol o návrhu žalobcu tak ako je uvedené vo výroku uznesenia. 9. Toto rozhodnutie senát Krajského súdu v Bratislave prijal pomerom hlasov 3:0 (§ 3 ods. 9 zákona č. 757/2004 Z. z. v znení zákona č. 33/2011). Poučenie: Proti tomuto uzneseniu nie je prípustná kasačná sťažnosť (§ 439 ods. 2 písm. e) SSP).</w:t>
      </w:r>
    </w:p>
    <w:p/>
    <w:p>
      <w:r>
        <w:t>Zdroj: KAUZIS.SK – https://www.kauzis.sk/judikatura/r/ECLI:SK:KSBA:2017:1017200540.1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