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4Sa/30/2017 z 23. 4. 2017</w:t>
      </w:r>
    </w:p>
    <w:p>
      <w:r>
        <w:t>Uznesenie Krajského súdu Bratislava z 23. apríla 2017, sp. zn. 4Sa/30/2017, ECLI:SK:KSBA:2017:1017200614.1</w:t>
      </w:r>
    </w:p>
    <w:p>
      <w:r>
        <w:t>Súd: Krajský súd Bratislava</w:t>
      </w:r>
    </w:p>
    <w:p>
      <w:r>
        <w:t>Spisová značka: 4Sa/30/2017</w:t>
      </w:r>
    </w:p>
    <w:p>
      <w:r>
        <w:t>ECLI: ECLI:SK:KSBA:2017:1017200614.1</w:t>
      </w:r>
    </w:p>
    <w:p>
      <w:r>
        <w:t>Dátum vydania: 23.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4Sa/30/2017 Identifikačné číslo súdneho spisu: 1017200614 Dátum vydania rozhodnutia: 24. 04. 2017 Meno a priezvisko sudcu, VSÚ: JUDr. Ľubomír Šramko ECLI: ECLI:SK:KSBA:2017:1017200614.1 Uznesenie Krajský súd v Bratislave v právnej veci žalobcu : W. Y. J., narodeného X.X.XXXX, štátneho príslušníka Pakistanskej islamskej republiky, aktuálne s miestom pobytu v S. A. W., zastúpeného: Liga za ľudské práva, občianske združenie so sídlom Štúrova 3, Bratislava proti žalovanému: Oddelenie cudzineckej polície Policajného zboru Trnava so sídlom Paulínska 13, Trnava v konaní o správnej žalobe žalobcu vo veci zaistenia z 11.4.2017 proti rozhodnutiu žalovaného Č.p.: PPZ-HCP-BA9-17-061/2017-AV zo dňa 6.4.2017 takto r o z h o d o l : Krajský súd v Bratislave postupuje vec vedenú pod sp. zn. 4Sa/30/2017 miestne príslušnému Krajskému súdu v Košiciach. o d ô v o d n e n i e : 1/ Dňa 21.4.2017 bola konajúcemu Krajskému súdu v Bratislave ako správnemu súdu (ďalej len „súd“) doručená žaloba datovaná 11.4.2017 proti rozhodnutiu žalovaného Č.p.: PPZ-HCP-BA9-17-061/2017- AV zo dňa 6.4.2017 (ďalej len „napadnuté rozhodnutie“), ktorou sa žalobca voči žalovanému domáhal zrušenia napadnutého rozhodnutia a svojho bezodkladného prepustenia zo zaistenia. 2/ Ako to je zrejmé z vyjadrenia žalovaného z 20.4.2017 k podanej žalobe, ako aj z obsahu pripojeného administratívneho spisu žalovaného, žalobca bol 19.4.2017 (č.p.: PPZ-HCP-BA9-17-071/2017-AV z 19.4.2017) prepustený zo zaistenia, uskutočneného v Útvare policajného zaistenia pre cudzincov Medveďov na základe napadnutého rozhodnutia a v ten istý deň bol prevezený do Záchytného tábora Humenné. Podľa § 6 ods. 2 písm. d) zákona č. 162/2015 Z.z. Správny súdny poriadok (ďalej len „SSP“) správne súdy rozhodujú v konaniach o správnych žalobách vo veciach azylu, zaistenia a administratívneho vyhostenia. Podľa § 31 ods. 1 SSP konanie sa začína doručením návrhu súdu. Podľa § 9 ods. 1 SSP konanie sa uskutočňuje na tom správnom súde, ktorý je vecne, miestne a kauzálne príslušný. Príslušnosť sa určuje podľa okolností existujúcich v čase začatia konania a trvá až do jeho skončenia.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17 písm. b) SSP konanie o správnych žalobách vo veciach azylu, zaistenia a administratívneho vyhostenia je kauzálne príslušný Krajský súd v Košiciach pre obvody Krajského súdu v Košiciach, Krajského súdu v Prešove, Krajského súdu v Banskej Bystrici a Krajského súdu v Žiline. Podľa § 18 ods. 2, veta prvá SSP ak správny súd zistí, že nie je vecne, miestne alebo kauzálne príslušný, postúpi vec uznesením príslušnému správnemu súdu. 3/ S poukazom na vyššie citované zákonné ustanovenia súd skúmal svoju miestnu príslušnosť na konanie. Ako to bolo vyššie uvedené, z obsahu vyjadrenia žalovaného z 20.4.2017 k podanej žalobe, ako aj z obsahu pripojeného administratívneho spisu žalovaného (č.p.: PPZ-HCP-BA9-17-073/2017-AV z 19.4.2017, č.p.: PPZ-HCP-ME-33-028/2017-U z 20.4.2017) súd zistil, že žalobca bol 19.4.2017 o 16.15 hod. fyzicky odovzdaný do Záchytného tábora Humenné. Záchytný tábor Humenné je teda aktuálnym miestom kde sa žalobca, ktorý na slovenskom území nemá miesto trvalého pobytu, zdržiava. V tomto záchytnom tábore sa žalobca zdržiaval už v čase začatia konania o ním podanej žalobe - dňa 21.4.2017. Mesto Humenné sa nachádza v obvode Krajského súdu v Košiciach. S poukazom na zistený stav veci a na citované zákonné ustanovenia súd dospel k presvedčeniu, na prejednanie a rozhodnutie o podanej žalobe je vecne a miestne príslušným Krajský súd v Košiciach. 4/ Pretože žalobca sa v čase začatia konania na súde zdržiaval v Záchytnom tábore Humenné, na prejednanie predmetnej žaloby je miestne príslušný Krajský súd v Košiciach a preto súd rozhodol tak, ako to je uvedené vo výrokovej časti tohto uznesenia. 5/ Po právoplatnosti tohto uznesenia bude spis zaslaný vecne a miestne príslušnému Krajskému súdu v Košiciach, ktorý vec prejedná a rozhodne v jej merite. Poučenie: Proti tomuto uzneseniu kasačná sťažnosť nie je prípustná (§439 ods. 2 písm. d) SSP).</w:t>
      </w:r>
    </w:p>
    <w:p/>
    <w:p>
      <w:r>
        <w:t>Zdroj: KAUZIS.SK – https://www.kauzis.sk/judikatura/r/ECLI:SK:KSBA:2017:1017200614.1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