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4Sa/31/2017 z 9. 5. 2017</w:t>
      </w:r>
    </w:p>
    <w:p>
      <w:r>
        <w:t>Uznesenie Krajského súdu Bratislava z 9. mája 2017, sp. zn. 4Sa/31/2017, ECLI:SK:KSBA:2017:1017200623.1</w:t>
      </w:r>
    </w:p>
    <w:p>
      <w:r>
        <w:t>Súd: Krajský súd Bratislava</w:t>
      </w:r>
    </w:p>
    <w:p>
      <w:r>
        <w:t>Spisová značka: 4Sa/31/2017</w:t>
      </w:r>
    </w:p>
    <w:p>
      <w:r>
        <w:t>ECLI: ECLI:SK:KSBA:2017:1017200623.1</w:t>
      </w:r>
    </w:p>
    <w:p>
      <w:r>
        <w:t>Dátum vydania: 9. 5. 2017</w:t>
      </w:r>
    </w:p>
    <w:p>
      <w:r>
        <w:t>Forma: Uznesenie</w:t>
      </w:r>
    </w:p>
    <w:p>
      <w:pPr>
        <w:pStyle w:val="Heading2"/>
      </w:pPr>
      <w:r>
        <w:t>Text rozhodnutia</w:t>
      </w:r>
    </w:p>
    <w:p>
      <w:r>
        <w:t>Súd: Krajský súd Bratislava Spisová značka: 4Sa/31/2017 Identifikačné číslo súdneho spisu: 1017200623 Dátum vydania rozhodnutia: 10. 05. 2017 Meno a priezvisko sudcu, VSÚ: JUDr. Ľubomír Šramko ECLI: ECLI:SK:KSBA:2017:1017200623.1 Uznesenie Krajský súd v Bratislave v právnej veci žalobcu: U. D., trvale bytom C. XX, M., proti žalovanému: Sociálna poisťovňa so sídlom Ul. 29. augusta 8-10, Bratislava v konaní o správnej žalobe žalobcu v sociálnych veciach zo dňa 24.4.2017 voči rozhodnutiu žalovanej Číslo: XXX XXX XXXX 0 zo dňa 22.2.2017 takto r o z h o d o l : Krajský súd v Bratislave p o s t u p u j e vec miestne príslušnému Krajskému súdu v Trenčíne. o d ô v o d n e n i e : 1. Dňa 24.4.2017 bola Krajskému súdu v Bratislave ako správnemu súdu (ďalej len „súd“) doručená správna žaloba žalobcu v sociálnych veciach (ďalej len „žaloba“) voči rozhodnutiu žalovanej Č.: XXX XXX XXXXX 0 zo dňa 22.2.2017. Z obsahu žaloby, ako aj z pripojenej kópie napadnutého rozhodnutia je zrejmé, že žalobca má trvalé bydlisko na adrese: C. XX, M..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3 ods. 3 písm. f) zák. č. 371/2004 Z.z. o sídlach a obvodoch súdov Slovenskej republiky a o zmene zákona č. 99/1963 Zb. Občiansky súdny poriadok v znení neskorších predpisov (v znení zákonov č. 428/2004 Z.z. a č. 757/2004 Z.z.) sídlom Krajského súdu v Trenčíne je mesto Trenčín; jeho obvod tvoria obvody týchto súdov: Okresného súdu Prievidza.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Žalobca má trvalé bydlisko na adrese: C. XX, M.. Mesto Nováky sa nachádza v služobnom obvode Okresného súdu Prievidza, ktorý je v obvode Krajského súdu v Trenčíne. S poukazom na vyššie citované zákonné ustanovenia súd dospel k presvedčeniu, že na konanie o tejto žalobe je miestne príslušný Krajský súd v Trenčíne. Preto súd rozhodol tak, ako to je uvedené vo výrokovej časti tohto uznesenia. 3. Po právoplatnosti tohto uznesenia bude spis zaslaný miestne príslušnému Krajskému súdu v Trenčíne na ďalšie konanie. Poučenie: Proti tomuto uzneseniu kasačná sťažnosť nie je prípustná</w:t>
      </w:r>
    </w:p>
    <w:p/>
    <w:p>
      <w:r>
        <w:t>Zdroj: KAUZIS.SK – https://www.kauzis.sk/judikatura/r/ECLI:SK:KSBA:2017:1017200623.1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