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5S/91/2017 z 10. 7. 2017</w:t>
      </w:r>
    </w:p>
    <w:p>
      <w:r>
        <w:t>Uznesenie Krajského súdu Bratislava z 10. júla 2017, sp. zn. 5S/91/2017, ECLI:SK:KSBA:2017:1017200760.1</w:t>
      </w:r>
    </w:p>
    <w:p>
      <w:r>
        <w:t>Súd: Krajský súd Bratislava</w:t>
      </w:r>
    </w:p>
    <w:p>
      <w:r>
        <w:t>Spisová značka: 5S/91/2017</w:t>
      </w:r>
    </w:p>
    <w:p>
      <w:r>
        <w:t>ECLI: ECLI:SK:KSBA:2017:1017200760.1</w:t>
      </w:r>
    </w:p>
    <w:p>
      <w:r>
        <w:t>Dátum vydania: 10. 7. 2017</w:t>
      </w:r>
    </w:p>
    <w:p>
      <w:r>
        <w:t>Forma: Uznesenie</w:t>
      </w:r>
    </w:p>
    <w:p>
      <w:pPr>
        <w:pStyle w:val="Heading2"/>
      </w:pPr>
      <w:r>
        <w:t>Text rozhodnutia</w:t>
      </w:r>
    </w:p>
    <w:p>
      <w:r>
        <w:t>Súd: Krajský súd Bratislava Spisová značka: 5S/91/2017 Identifikačné číslo súdneho spisu: 1017200760 Dátum vydania rozhodnutia: 11. 07. 2017 Meno a priezvisko sudcu, VSÚ: JUDr. Viera Šebestová ECLI: ECLI:SK:KSBA:2017:1017200760.1 Uznesenie Krajský súd v Bratislave v právnej veci žalobcu: G. K. F. G., nar. XX.XX.XXXX, št. prísl. Z. republika, splnomocnený zástupca: Wisam Kadhim Dawood Dawood, Obchodná 10, 811 06 Bratislava, zastúpený: Advokátska kancelária Jakubčová a partneri, s.r.o., so sídlom Mickiewiczova 2, 811 07 Bratislava, IČO: 50 046 594, proti žalovanému: Úrad hraničnej a cudzineckej polície Bratislava, Riaditeľstvo hraničnej a cudzineckej polície Bratislava, Oddelenie cudzineckej polície PZ Bratislava, Hrobákova 44, 852 42 Bratislava, o preskúmanie zákonnosti rozhodnutia žalovaného č. PPZ-HCP-BA6-4841-27/2016-PPC zo dňa 24.10.2016, takto r o z h o d o l : Správny súd žalobu o d m i e t a. Žiaden z účastníkov nemá právo na náhradu trov konania. Správny súd v r a c i a žalobcovi krátený súdny poplatok vo výške 63,30 eur prostredníctvom prevádzkovateľa systému - Slovenskej pošty, a.s., so sídlom Partizánska cesta 9, 975 99 Banská Bystrica, po právoplatnosti tohto uznesenia. o d ô v o d n e n i e : 1. Správnou žalobou podanou na tunajšom správnom súde dňa 15.05.2017 sa žalobca domáhal preskúmania zákonnosti rozhodnutia žalovaného č. PPZ-HCP-BA6-4841-27/2016-PPC zo dňa 24.10.2016, ktorým žalovaný zamietol žiadosť žalobcu o udelenie prechodného pobytu na území Slovenskej republiky na účel podnikania podľa ustanovenia § 33 ods. 6 písm. g) zákona č. 404/2011 Z. z. o pobyte cudzincov a o zmene a doplnení niektorých zákonov v platnom znení (ďalej len ako „zákon o pobyte cudzincov“) s poukazom na ustanovenie § 33 ods. 1 písm. a) zákona o pobyte cudzincov. 2. Z obsahu súdneho spisu je zrejmé, že žalobca splnomocnil dňa 13.10.2015 tzv. všeobecnou plnou mocou splnomocnenca Wisama Kadhim Dawood Dawood na zastupovanie v plnom rozsahu práv a povinností najmä pred všetkými orgánmi policajného zboru Slovenskej republiky, a to najmä pred cudzineckou políciou Slovenskej republiky pri podávaní, zmene alebo späťvzatí všetkých druhov žiadostí, návrhov a iných písomností ako aj pred okresnými a krajskými súdmi Slovenskej republiky, atď., s tým, že je oprávnený poveriť tretiu osobu na výkon úkonov v mene splnomocnenca a tým aj splnomocniteľa. Wisam Kadhim Dawood Dawood plnou mocou zo dňa 15.05.2017 splnomocnil Advokátsku kanceláriu Jakubčová a partneri, s.r.o., so sídlom Mickiewiczova 2, 811 07 Bratislava, IČO: 50 046 594 najmä na všetky právne úkony súvisiace so zastupovaním v právnej veci žalobcu K. F. G. G. proti žalovanému Prezídium policajného zboru, Úrad hraničnej a cudzineckej polície, Riaditeľstvo hraničnej a cudzineckej polície Bratislava o preskúmanie zákonnosti rozhodnutia č. p.: PPZ-HCP- BA6-4841-27/2016-PPC zo dňa 24.10.2016 ako aj na všetky a akékoľvek s tým súvisiace úkony. Zo spisového materiálu však vyplýva, že žalobca nebol pri podaní správnej žaloby priamo zastúpený advokátom. Žalobca nepredložil originál plnomocenstva udeleného advokátovi na zastupovanie v predmetnom konaní. Správny súd má za to, že Advokátska kancelária Jakubčová a partneri, s.r.o. nie je oprávnená zastupovať žalobcu ani robiť podania v mene žalobcu. V konaní teda nebolo preukázané procesné zastúpenie žalobcu advokátom. Zároveň však v danom prípade nejde o výnimku z povinného právneho zastúpenia advokátom podľa § 49 ods. 2 SSP. 3.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6. Advokátom je osoba zapísaná v zozname vedenom Slovenskou advokátskou komorou podľa zákona č. 586/2003 Z. z. o advokácii a o zmene a doplnení zákona č. 455/1991 Zb. o živnostenskom podnikaní (živnostenský zákon) v znení neskorších predpisov. 7. Podľa § 97 SSP, ak tento zákon neustanovuje inak, správny súd kedykoľvek počas konania prihliada na to, či sú splnené podmienky, za ktorých môže správny súd konať a rozhodnúť (ďalej len "procesné podmienky"). 8. Podľa § 98 ods. 1 písm. f) SSP, správny súd uznesením odmietne žalobu, ak žalobca nebol pri jej podaní zastúpený podľa § 49 ods. 1 alebo § 50. 9.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Pôvodne udelené plnomocenstvo v rámci administratívneho konania pred správnym orgánom nepostačuje. V procesnom práve je neprípustné preukazovanie oprávnenia zástupcu konať za zastúpeného tzv. všeobecným plnomocenstvom.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10. Keďže žalobca nebol pri podaní žaloby zastúpený podľa § 49 ods. 1 SSP advokátom, správny súd postupoval v súlade s ust. § 98 ods. 1 písm. f) SSP a žalobu pre nedostatok procesnej podmienky spočívajúcej v absencii právneho zastúpenia odmietol. 11. O náhrade trov konania správny súd rozhodol podľa § 170 písm. a) SSP tak, že žiaden z účastníkov nemá právo na náhradu trov konania, nakoľko žaloba bola odmietnutá. 12.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13.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11.07.2017</w:t>
      </w:r>
    </w:p>
    <w:p/>
    <w:p>
      <w:r>
        <w:t>Zdroj: KAUZIS.SK – https://www.kauzis.sk/judikatura/r/ECLI:SK:KSBA:2017:1017200760.1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