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1S/110/2017 z 11. 10. 2017</w:t>
      </w:r>
    </w:p>
    <w:p>
      <w:r>
        <w:t>Uznesenie Krajského súdu Bratislava z 11. októbra 2017, sp. zn. 1S/110/2017, ECLI:SK:KSBA:2017:1017200792.1</w:t>
      </w:r>
    </w:p>
    <w:p>
      <w:r>
        <w:t>Súd: Krajský súd Bratislava</w:t>
      </w:r>
    </w:p>
    <w:p>
      <w:r>
        <w:t>Spisová značka: 1S/110/2017</w:t>
      </w:r>
    </w:p>
    <w:p>
      <w:r>
        <w:t>ECLI: ECLI:SK:KSBA:2017:1017200792.1</w:t>
      </w:r>
    </w:p>
    <w:p>
      <w:r>
        <w:t>Dátum vydania: 11. 10. 2017</w:t>
      </w:r>
    </w:p>
    <w:p>
      <w:r>
        <w:t>Forma: Uznesenie</w:t>
      </w:r>
    </w:p>
    <w:p>
      <w:pPr>
        <w:pStyle w:val="Heading2"/>
      </w:pPr>
      <w:r>
        <w:t>Text rozhodnutia</w:t>
      </w:r>
    </w:p>
    <w:p>
      <w:r>
        <w:t>Súd: Krajský súd Bratislava Spisová značka: 1S/110/2017 Identifikačné číslo súdneho spisu: 1017200792 Dátum vydania rozhodnutia: 12. 10. 2017 Meno a priezvisko sudcu, VSÚ: JUDr. Anna Peťovská PhD. ECLI: ECLI:SK:KSBA:2017:1017200792.1 Uznesenie Krajský súd v Bratislave v právnej veci žalobcu: W. P., V. XXXX/XA, XXX XX X., proti žalovanému: Centrum právnej pomoci, Kancelária Bratislava, Námestie slobody 12, 810 05 Bratislava, v konaní o preskúmanie zákonnosti rozhodnutia č. 4398/2017-KaBA ČRZ:24702/2017 zo dňa 07.04.2017, takto r o z h o d o l : Krajský súd v Bratislave žalobu o d m i e t a . Žiaden z účastníkov konania n e m á právo na náhradu trov konania. o d ô v o d n e n i e : 1. Žalobou osobne podanou tunajšiemu správnemu súdu dňa 22.05.2017 sa žalobca domáhal preskúmania zákonnosti rozhodnutia žalovaného č. 4398/2017-KaBA ČRZ:24702/2017 zo dňa 07.04.2017, ktorým žalovaný nepriznal žalobcovi nárok na poskytnutie právnej pomoci. Žalobca zároveň požiadal súd o odpustenie zmeškanej lehoty s odôvodnením, že bol dlhodobo odcestovaný mimo územia Slovenskej republiky. 2. Podľa § 10 ods. 5 zákona č. 327/2005 Z.z. o poskytovaní právnej pomoci osobám v materiálnej núdzi,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3.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4. Podľa § 181 ods. 4 SSP zmeškanie lehoty podľa odsekov 1 až 3 nemožno odpustiť. 5. Podľa § 98 ods. 1 písm. d) SSP, správny súd uznesením odmietne žalobu, ak bola podaná oneskorene. 6. Z citovaných zákonných ustanovení vyplýva, že zákon zásadne stanovuje lehotu na podanie žaloby. Žaloba sa musí podať do dvoch mesiacov od oznámenia rozhodnutia orgánu verejnej správy alebo opatrenia orgánu verejnej správy, proti ktorému smeruje, ak tento zákon alebo osobitný predpis neustanovuje inak. Osobitným predpisom vo vzťahu k Správnemu súdnemu poriadku v zmysle ust. § 181 ods. 1 SSP je zákon č. 327/2005 Z.z. o poskytovaní právnej pomoci osobám v materiálnej núdzi, ktorý v ust. § 10 ods. 5 stanovuje, že správnu žalobu proti rozhodnutiu o nepriznaní nároku na poskytnutie právnej pomoci možno podať do 15 dní odo dňa doručenia tohto rozhodnutia. 7. Včasné podanie správnej žaloby je procesnou podmienkou, nedostatok ktorý nie je odstrániteľný. Zmeškanie lehoty nemožno odpustiť. Nepodanie žaloby včas vedie k odmietnutiu žaloby (§ 98 ods. 1 písm. d/ SSP). 8. Oznámenie rozhodnutia alebo opatrenia orgánu verejnej správy je termín, ktorý v správnom konaní používa správny poriadok, podľa ktorého sa rozhodnutie účastníkovi oznamuje doručením písomného vyhotovenia tohto rozhodnutia, ak zákon neustanovuje inak. Deň doručenia je dňom oznámenia. Oznámiť rozhodnutie možno aj ústnym vyhlásením, pokiaľ sa účastník vzdal nároku na doručenie písomného vyhotovenia. Ak sa namiesto doručenia písomného vyhotovenia rozhodnutia vydáva osobitný doklad, dňom oznámenia rozhodnutia je deň prevzatia dokladu. 9. V danej veci súd zistil a nie je sporné, že žalobca žalobou napadnuté rozhodnutie žalovaného č. 4398/2017-KaBA ČRZ:24702/2017 zo dňa 07.04.2017 osobne prevzal dňa 10.04.2017. Žalobca mal možnosť podať žalobu v čase od 10.04.2017, teda odo dňa oznámenia rozhodnutia do 25.04.2017, kedy uplynula v zmysle § 10 ods. 5 zákona č. 327/2005 Z.z. o poskytovaní právnej pomoci osobám v materiálnej núdzi 15-dňová lehota na podanie žaloby. Žaloba na preskúmanie rozhodnutia žalovaného správneho orgánu bola podaná dňa 22.05.2017, teda po márnom uplynutí lehoty na podanie správnej žaloby. 10. S poukazom na uvedené je správny súd toho názoru, že ak žalobca podal žalobu o preskúmanie zákonnosti rozhodnutia žalovaného zo dňa 07.04.2017 č. 4398/2017-KaBA ČRZ:24702/2017 osobne na Krajský súd v Bratislave dňa 22.05.2017 urobil tak oneskorene, teda po uplynutí zákonom stanovenej lehoty. Oneskorené podanie žaloby je negatívnou procesnou podmienkou, ktorá spočíva v tom, že márne uplynula lehota na podanie žaloby (§ 181 ods. 1 SSP). Z uvedených dôvodov správny súd rozhodol tak, ako je to uvedené vo výrokovej časti tohto rozhodnutia a žalobu odmietol, pretože zmeškanie lehoty na podanie žaloby nemožno odpustiť. 11. Podľa § 170 písm. a) SSP, žiaden z účastníkov konania nemá právo na náhradu trov konania, ak žaloba bola odmietnutá. 12. O náhrade trov konania súd rozhodol podľa § 170 písm. a) SSP tak, že žiaden z účastníkov konania nemá právo na náhradu trov konania, nakoľko žaloba bola odmietnutá. 13.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https://www.kauzis.sk/judikatura/r/ECLI:SK:KSBA:2017:1017200792.1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