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8Sa/43/2017 z 27. 6. 2017</w:t>
      </w:r>
    </w:p>
    <w:p>
      <w:r>
        <w:t>Uznesenie Krajského súdu Bratislava z 27. júna 2017, sp. zn. 8Sa/43/2017, ECLI:SK:KSBA:2017:1017200914.1</w:t>
      </w:r>
    </w:p>
    <w:p>
      <w:r>
        <w:t>Súd: Krajský súd Bratislava</w:t>
      </w:r>
    </w:p>
    <w:p>
      <w:r>
        <w:t>Spisová značka: 8Sa/43/2017</w:t>
      </w:r>
    </w:p>
    <w:p>
      <w:r>
        <w:t>ECLI: ECLI:SK:KSBA:2017:1017200914.1</w:t>
      </w:r>
    </w:p>
    <w:p>
      <w:r>
        <w:t>Dátum vydania: 27. 6.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8Sa/43/2017 Identifikačné číslo súdneho spisu: 1017200914 Dátum vydania rozhodnutia: 28. 06. 2017 Meno a priezvisko sudcu, VSÚ: JUDr. Blanka Malichová ECLI: ECLI:SK:KSBA:2017:1017200914.1 Uznesenie Krajský súd v Bratislave v právnej veci žalobcu : Q. K., nar. XX.XX.XXXX, trvale bytom Y.. M. XXXX/XA, B. proti žalovanému: Ministerstvo vnútra Slovenskej republiky so sídlom Pribinova 2, Bratislava v konaní o správnej žalobe žalobcu zo dňa 07.06.2017 proti inému zásahu orgánu verejnej správy takto r o z h o d o l : Krajský súd v Bratislave postupuje vec vedenú pod sp. zn. 8Sa/43/2017 miestne príslušnému Krajskému súdu v Banskej Bystrici. o d ô v o d n e n i e : 1. Dňa 14.06.2017 bola konajúcemu Krajskému súdu v Bratislave ako správnemu súdu (ďalej len „súd“) doručená žaloba proti inému zásahu orgánu verejnej správy zo dňa 07.06.2017, ktorou sa žalobca domáhal uložiť žalovanému povinnosť zmeniť v registri obyvateľov REGOB jeho priezvisko z „K.“ na „K.“. 2. Z obsahu doručenej žaloby ako aj z príloh k nej pripojených súd zistil, že žalobca listom zo dňa 24.04.2017 doručil žalovanému „Podnet na opravu údajov v systéme registrácie obyvateľstva REGOB“ (ďalej len „podnet“), ktorým sa domáhal zmeny svojho priezviska z „K.“ na „K.“. Oddelenie správy registrov, Odbor registrov, matrík a hlásenia pobytu Sekcie verejnej správy MVSR (ďalej len „útvar ministerstva“) so sídlom Námestie Ľ. Štúra 1, Banská Bystrica listom č. SVS-ORMP2-2017/004632 - 147 zo dňa 11.05.2017 na predmetný podnet reagovalo tak, že oboznámilo žalobcu s predmetom svojej činnosti a rozsahom svojich oprávnení s uvedením, že opravy a zmeny v údajoch obyvateľov, na základe ich žiadosti nevykonáva a teda nie je možné vykonať ani opravu jeho údajov v registri a vydať mu nový doklad totožnosti. Súčasne mu vo veci vydania nových dokladov odporučilo obrátiť sa so žiadosťou na príslušnú matriku a následne na okresné riaditeľstvo PZ. Podnetu teda nevyhovelo. Táto reakcia odborného útvaru predstavuje podľa žalobcu zásah do jeho práv a právom chránených záujmov a s poukazom na túto skutočnosť podal žalobu proti inému zásahu orgánu verejnej správy. 3. Podľa § 6 ods. 2 písm. f/ zákona č. 162/2015 Z.z. Správny súdny poriadok (ďalej len „S.s.p.“) správne súdy rozhodujú v konaniach o žalobách proti inému zásahu orgánu verejnej správy. 4. Podľa § 9 ods. 1 S.s.p. konanie sa uskutočňuje na tom správnom súde, ktorý je vecne, miestne a kauzálne príslušný. Príslušnosť sa určuje podľa okolností existujúcich v čase začatia konania a trvá až do jeho skončenia. 5. Podľa § 13 ods. 1 S.s.p. miestne príslušným je krajský súd, v ktorého obvode má sídlo orgán verejnej správy, ktorý rozhodol v prvom stupni, ak tento zákon neustanovuje inak. 6. Podľa Čl.28 ods. 1 písm. a/ Nariadenia Ministerstva vnútra Slovenskej republiky z 30. marca 2015 o organizačnom poriadku Ministerstva vnútra Slovenskej republiky č. 39 (ďalej len „organizačný poriadok“) útvary ministerstva vo svojej vecnej príslušnosti plnia najmä tieto úlohy: spracovávajú návrhy právnych predpisov a návrhy interných predpisov, zaujímajú stanoviská k návrhom právnych predpisov a k návrhom interných predpisov, vydávajú záväzné usmernenia k aplikácii jednotlivých ustanovení právnych predpisov a na požiadanie vyjadrujú právne názory k aplikácii jednotlivých ustanovení právnych predpisov. 7. Podľa Čl. 31 ods.1 organizačného poriadku sekcia verejnej správy ministerstva je odborným útvarom ministerstva na úseku koordinácie miestnej štátnej správy a územnej samosprávy, cezhraničnej spolupráce vnútorných vecí vrátane územného a správneho usporiadania Slovenskej republiky, štátnych symbolov, heraldického registra, štátneho občianstva, matrík, hlásenia pobytu občanov a registra obyvateľov Slovenskej republiky, zhromažďovania, združovania vrátane registrácie niektorých právnických osôb, volieb a referenda, archívov a registratúr, živnostenského podnikania, správy štátnej hranice, osobných evidencií, analýz a metodiky vo verejnej správe, vojnových hrobov a povoľovania verejných zbierok. 8. Podľa § 18 ods. 2, veta prvá S.s.p. ak správny súd zistí, že nie je vecne, miestne alebo kauzálne príslušný, postúpi vec uznesením príslušnému správnemu súdu. 9. Bez ohľadu na skutočnosť, ako bude v konečnom dôsledku podaná žaloba posúdená (teda či bude o nej rozhodnuté meritórne alebo procesným rozhodnutím), súd skúmal svoju miestnu príslušnosť na jej posúdenie a prejednanie. Niet pochýb o tom, že odpoveď odborného útvaru ministerstva na podnet žalobcu možno vyhodnotiť ako vyslovenie jeho právneho názoru ako orgánu verejnej správy. Tento útvar v zmysle § 11 písm. b/ zák. č. 575/2001 Z.z. o organizácii činnosti vlády a organizácii ústrednej štátnej správy a Článku 31 ods. 1 organizačného poriadku zabezpečuje o. i. štátnu správu na úseku matrík, hlásenia pobytu občanov a registra obyvateľov Slovenskej republiky. Jeho sídlom je Banská Bystrica, Námestie Ľ. Štúra 1. 10. Nakoľko žalobca pokladá odpoveď útvaru ministerstva zo 11.05.2017 za akt, ktorým došlo k inému zásahu do jeho práv, je potrebné túto skutočnosť (odpoveď útvaru ministerstva) pre potrebu určenia miestnej príslušnosti správneho súdu posudzovať v intenciách § 13 ods. 1 S.s.p.. Takéto posúdenie miestnej príslušnosti je aj v súlade s obsahom dôvodovej správy k tomuto ustanoveniu S.s.p., podľa ktorej: „Ak tento zákon neustanovuje inak, je na konanie miestne príslušný krajský súd, v obvode ktorého je sídlo orgánu verejnej správy, ktorý v prvom stupni vydal rozhodnutie alebo opatrenie alebo inak zasiahol do práv toho, kto sa domáha ochrany. Ide o zásadnú zmenu v doterajšej právnej úprave podľa ust. § 246a O.s.p. vyvolanú nerovnomerným rozdelením agendy medzi správne kolégia krajských súdov a tiež z dôvodu procesnej ekonómie. 11. Pretože orgánom, ktorý podľa názoru žalobcu zasiahol do jeho práv a právom chránených záujmov je Oddelenie správy registrov, Odbor registrov, matrík a hlásenia pobytu Sekcie verejnej správy MVSR, ktorý má sídlo na ul. Ľ. Štúra 1 v Banskej Bystrici, dospel Krajský súd v Bratislave k presvedčeniu, že na prejednanie veci nie s poukazom na ust. § 13 ods. 1 S.s.p. miestne príslušný. Preto za aplikácie ust. § 18 ods. 2, veta prvá S.s.p. vec postúpil miestne príslušnému Krajskému súdu v Banskej Bystrici, ktorý mu bude zaslaný po právoplatnosti tohto uznesenia. Poučenie: : Proti tomuto uzneseniu kasačná sťažnosť nie je prípustná (§439 ods. 2 písm. d/ S.s.p.).</w:t>
      </w:r>
    </w:p>
    <w:p/>
    <w:p>
      <w:r>
        <w:t>Zdroj: KAUZIS.SK – https://www.kauzis.sk/judikatura/r/ECLI:SK:KSBA:2017:1017200914.1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