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1S/134/2017 z 11. 10. 2017</w:t>
      </w:r>
    </w:p>
    <w:p>
      <w:r>
        <w:t>Uznesenie Krajského súdu Bratislava z 11. októbra 2017, sp. zn. 1S/134/2017, ECLI:SK:KSBA:2017:1017200928.1</w:t>
      </w:r>
    </w:p>
    <w:p>
      <w:r>
        <w:t>Súd: Krajský súd Bratislava</w:t>
      </w:r>
    </w:p>
    <w:p>
      <w:r>
        <w:t>Spisová značka: 1S/134/2017</w:t>
      </w:r>
    </w:p>
    <w:p>
      <w:r>
        <w:t>ECLI: ECLI:SK:KSBA:2017:1017200928.1</w:t>
      </w:r>
    </w:p>
    <w:p>
      <w:r>
        <w:t>Dátum vydania: 11. 10. 2017</w:t>
      </w:r>
    </w:p>
    <w:p>
      <w:r>
        <w:t>Forma: Uznesenie</w:t>
      </w:r>
    </w:p>
    <w:p>
      <w:pPr>
        <w:pStyle w:val="Heading2"/>
      </w:pPr>
      <w:r>
        <w:t>Text rozhodnutia</w:t>
      </w:r>
    </w:p>
    <w:p>
      <w:r>
        <w:t>Súd: Krajský súd Bratislava Spisová značka: 1S/134/2017 Identifikačné číslo súdneho spisu: 1017200928 Dátum vydania rozhodnutia: 12. 10. 2017 Meno a priezvisko sudcu, VSÚ: JUDr. Zuzana Mališová ECLI: ECLI:SK:KSBA:2017:1017200928.1 Uznesenie Krajský súd v Bratislave v právnej veci žalobcu: H. A., bytom XX. V.XXX/X, XXX XX F., zastúpený: Advokátskou kanceláriou KRAKOVSKÝ&amp; PARTNERS, s.r.o., Záhradnícka 27, 811 07 Bratislava, IČO: 35 977 272, proti žalovanému: Ekonomická univerzita v Bratislave, Dolnozemská cesta 1, 852 35 Bratislava, o preskúmanie zákonnosti rozhodnutia žalovaného č. R-133/2017 zo dňa 26.04.2017, o návrhu žalobcu priznať žalobe odkladný účinok, takto r o z h o d o l : Krajský súd v Bratislave priznáva žalobe o preskúmanie zákonnosti rozhodnutia žalovaného Ekonomickej univerzity v Bratislave, č. R-133/2017 zo dňa 26.04.2017 odkladný účinok, a to až do právoplatnosti rozhodnutia správneho súdu vo veci samej. o d ô v o d n e n i e : 1. Žalobca sa žalobou doručenou tunajšiemu súdu dňa 16.06.2017 domáha preskúmania zákonnosti a následného zrušenia rozhodnutia žalovaného č. R-133/2017 zo dňa 26.04.2017, ktorým potvrdil rozhodnutie dekana Národohospodárskej fakulty Ekonomickej univerzity v Bratislave č. DNHF/05/2017 zo dňa 14.03.2017 o uložení disciplinárneho opatrenia žalobcovi ako študentovi spočívajúce v podmienečnom vylúčení zo štúdia od 14.03.2017 do 16.06.2017 s určením podmienky, že ak žalobca v čase podmienky predloží novú dizertačnú prácu, ktorá bez všetkej pochybnosti nebude obsahovať časti práce iných autorov bez náležitého citovania a viesť tak k mylnému dojmu, že dané časti práce sú originálnym výsledkom autora predloženej práce, bude podmienečné vylúčenie zo štúdia zrušené. 2. V žalobe súčasne navrhol žalobca priznanie odkladného účinku tejto správnej žalobe s odôvodnením, že existuje predpoklad, že súd rozhodne o žalobe až v termíne po 16.06.2017 t. j. po stanovenom termíne na odovzdanie prepracovanej dizertačnej práce a z tohto dôvodu existuje reálna hrozba, že bez odkladu vykonateľnosti napadnutého rozhodnutia bude žalobca platne vylúčený zo štúdia. 3. Podľa § 184 SSP, podanie správnej žaloby nemá odkladný účinok, ak tento zákon alebo osobitný predpis neustanovuje inak. 4.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5. Priznaním odkladného účinku na základe rozhodnutia správneho súdu podľa § 185 SSP sa pozastavujú účinky napadnutého rozhodnutia a takéto rozhodnutie nemôže byť podkladom na vydanie naň nadväzujúcich rozhodnutí alebo opatrení orgánov verejnej správy. 6. Správny súd považoval dôvody uvedené v žiadosti žalobcu o priznanie odkladného účinku žalobe za opodstatnené, nakoľko okamžitým výkonom napadnutého rozhodnutia mu hrozí závažná ujma resp. iný vážny nenapraviteľný následok v podobe jeho vylúčenia zo štúdia. 7. Vzhľadom na vyššie uvedené skutočnosti postupoval správny súd v súlade s § 185 písm. a) SSP a rozhodol o žiadosti žalobcu spôsobom uvedeným vo výroku tohto uznesenia. 8. Toto rozhodnutie senát Krajského súdu v Bratislave prijal pomerom hlasov 3 : 0 (§ 3 ods. 9 zákona č. 757/2004 Z. z. v znení zákona č. 33/2011 Z. z.). Poučenie: Proti tomuto uzneseniu nie je prípustná kasačná sťažnosť (§ 439 ods. 2 písm. e) SSP).</w:t>
      </w:r>
    </w:p>
    <w:p/>
    <w:p>
      <w:r>
        <w:t>Zdroj: KAUZIS.SK – https://www.kauzis.sk/judikatura/r/ECLI:SK:KSBA:2017:1017200928.1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