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7Sa/51/2017 z 26. 6. 2017</w:t>
      </w:r>
    </w:p>
    <w:p>
      <w:r>
        <w:t>Uznesenie Krajského súdu Bratislava z 26. júna 2017, sp. zn. 7Sa/51/2017, ECLI:SK:KSBA:2017:1017201009.1</w:t>
      </w:r>
    </w:p>
    <w:p>
      <w:r>
        <w:t>Súd: Krajský súd Bratislava</w:t>
      </w:r>
    </w:p>
    <w:p>
      <w:r>
        <w:t>Spisová značka: 7Sa/51/2017</w:t>
      </w:r>
    </w:p>
    <w:p>
      <w:r>
        <w:t>ECLI: ECLI:SK:KSBA:2017:1017201009.1</w:t>
      </w:r>
    </w:p>
    <w:p>
      <w:r>
        <w:t>Dátum vydania: 26.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7Sa/51/2017 Identifikačné číslo súdneho spisu: 1017201009 Dátum vydania rozhodnutia: 27. 06. 2017 Meno a priezvisko sudcu, VSÚ: JUDr. Beata Jurgošová ECLI: ECLI:SK:KSBA:2017:1017201009.1 Uznesenie Krajský súd v Bratislave v právnej veci žalobcu: M. L., bytom XXX XX H. K. Č.. XXX proti žalovanému: Ústredie práce, sociálnych vecí a rodiny, odbor peňažných príspevkov na kompenzáciu ŤZP a posudkových činností, Špitálska 8, Bratislava o preskúmanie rozhodnutia žalovaného: UPS/US1/ SSVOPPKPC2/SOC/2017/4911/Pu zo dňa 03.05.2017, takto r o z h o d o l : Krajský súd v Bratislave p o s t u p u j e vec miestne príslušnému Krajskému súdu v Nitre. o d ô v o d n e n i e : Dňa 26.6.2017 bola konajúcemu Krajskému súdu v Bratislave ako správnemu súdu (ďalej len správny súd) doručená správna žaloba žalobcu na preskúmanie rozhodnutia žalovaného č.: UPS/US1/ SSVOPPKPC2/SOC/2017/4911/Pu zo dňa 03.05.2017. Z obsahu spisu vyplýva, že žalobca má trvalé bydlisko na adrese H. K. Č.. XXX.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c) SSP sociálnymi vecami sa na účely tohto zákona rozumie rozhodovanie Ústredia práce, sociálnych vecí a rodiny. Podľa ust. § 18 ods. 2 prvá veta SSP ak správny súd zistí, že nie je vecne, miestne alebo kauzálne príslušný, postúpi vec uznesením príslušnému správnemu súdu. Vzhľadom na to, že žalobca má trvalé bydlisko v Nitrianskej Strede, nie je daná miestna príslušnosť Krajského súdu v Bratislave a správny súd rozhodol, že na konanie o tejto žalobe je miestne príslušný Krajský súd v Nitre. Po právoplatnosti uznesenia bude spis zaslaný miestne príslušnému Krajskému súdu v Nitre na ďalšie konanie. Poučenie: Proti tomuto uzneseniu kasačná sťažnosť nie je prípustná. (§ 439 ods.2 písm. a) SSP)</w:t>
      </w:r>
    </w:p>
    <w:p/>
    <w:p>
      <w:r>
        <w:t>Zdroj: KAUZIS.SK – https://www.kauzis.sk/judikatura/r/ECLI:SK:KSBA:2017:1017201009.1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