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4Sa/59/2017 z 14. 11. 2017</w:t>
      </w:r>
    </w:p>
    <w:p>
      <w:r>
        <w:t>Uznesenie Krajského súdu Bratislava z 14. novembra 2017, sp. zn. 4Sa/59/2017, ECLI:SK:KSBA:2017:1017201102.2</w:t>
      </w:r>
    </w:p>
    <w:p>
      <w:r>
        <w:t>Súd: Krajský súd Bratislava</w:t>
      </w:r>
    </w:p>
    <w:p>
      <w:r>
        <w:t>Spisová značka: 4Sa/59/2017</w:t>
      </w:r>
    </w:p>
    <w:p>
      <w:r>
        <w:t>ECLI: ECLI:SK:KSBA:2017:1017201102.2</w:t>
      </w:r>
    </w:p>
    <w:p>
      <w:r>
        <w:t>Dátum vydania: 14.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4Sa/59/2017 Identifikačné číslo súdneho spisu: 1017201102 Dátum vydania rozhodnutia: 15. 11. 2017 Meno a priezvisko sudcu, VSÚ: JUDr. Ľubomír Šramko ECLI: ECLI:SK:KSBA:2017:1017201102.2 Uznesenie Krajský súd v Bratislave v právnej veci žalobcu: R. T., bytom F. X, H. W. Ž. proti žalovanej: Sociálna poisťovňa, ústredie so sídlom Ulica 29. augusta č. 8-10, Bratislava v konaní o žalobe v sociálnych veciach doručenej dňa 13.7.2017 takto r o z h o d o l : Krajský súd v Bratislave p o s t u p u j e vec miestne príslušnému Krajskému súdu v Nitre. o d ô v o d n e n i e : 1/ Dňa 13.7.2017 bolo Krajskému súdu v Bratislave ako správnemu súdu (ďalej len „súd“) doručené podanie žalobcu označené ako „Žaloba“ v ktorom bola ako žalovaná označená Sociálna poisťovňa, ústredie. Podľa vyjadrenia žalobcu v predmetnej žalobe, podnetom na jej podanie bolo: „Opodstatnenie nepravdivostí = ako nadriadení orgán dokázateľne na podklade zneužívania právomoci a to viacnásobne, v rozpore so skutočností ako aj platných zákonov, v rámci korupcie, od roku 1995 do dnešného dňa = organizovane, na podklade, aby vytvorili podmienku = neumožniť hospodársku činnosť SHR na vlastnej pôde, = a zo strany druhej - neoprávnený a bezdôvodný prospech!!!“ 2/ Ako to súd zistil z obsahu žaloby a príloh k nej pripojených, žalobca v nej poukázal: - na konanie vo veci jeho reštitučnej žiadosti, pričom namietal porušenie zák. č. 229/1991 Zb. (o úprave vlastníckych vzťahov k pôde a inému poľnohospodárskemu majetku), zák. č. 3230//1991 Zb. (o pozemkových úpravách, usporiadaní pozemkového vlastníctva, pozemkových úradoch, pozemkovom fonde a o pozemkových spoločenstvách), § 123, § 126, § 133 zák. č. 40/1964 Zb. (Občiansky zákonník), Metodických pokynov, vydaných odb. 430 MP/SR, - na rozhodnutie Sociálnej poisťovne, pobočka Nové Zámky č.: K-700-371-4105/2001-3 z 19.12.2001, ktorým mu bolo predpísané poistné na nemocenské a na dôchodkové poistenie od 1.1.1995 do 31.12.2000 spolu vo výške 17 645,00 Sk, (včítane konkrétnych písomností, vzťahujúcich na následne exekučné konanie), - tiež na oznámenie žalovanej č. XXX XXX XXXX 0 z 22.6.2007, ktorým bolo žalovanému oznámené vykonávanie zrážok z jeho dôchodku po prepočte exekučných zrážok celkove vo výške 22 155,00 Sk (17 645,00 Sk: pohľadávka + 4 510,00 Sk: príslušenstvo), - na rozhodnutie Sociálnej poisťovne, pobočka Nové Zámky č.: 700-1410007106-GC04/06 zo 17.1.2006, ktorým mu bolo predpísané poistné na nemocenské, na dôchodkové poistenie a na rezervný fond od júla 2004 do novembra 2005 spolu vo výške 29 884,00 Sk, - na rozhodnutie Sociálnej poisťovne, pobočka Nové Zámky č.: 700-1410169315-GC04/15 z 12.2.2015, ktorým mu bolo predpísané poistné na nemocenské, na dôchodkové poistenie a na príspevky na starobné dôchodkové sporenie, na rezervný fond od októbra 2014 do decembra 2014 spolu vo výške 327,81 eur, - na potvrdenia o podaní daňového priznania z 31.3.2004, z 28.9.2006, a za 2/4 roku 2013. 3/ Z takto koncipovaného znenia žaloby súdu nebolo zrejmé, čoho a na základe akých skutočností sa žalobca podanou žalobou vlastne domáha. 4/ S poukazom na absolútne nejasný obsah žaloby, z ktorého nebolo možné ani len určiť na konanie vecne, miestne a kauzálne príslušný súd, tunajší súd uznesením č.k.: 4Sa/59/2017-34 z 18.8.2017 vyzval žalobcu, aby v lehote 10 dní od doručenia predmetného uznesenia žalobu opravil a doplnil o náležitosti, uvedené vo výroku tohto uznesenia. Súčasne žalobcu poučil, že v prípade, ak v určenej lehote podanú žalobu nedoplní alebo neopraví v zmysle § 59 ods. 3 zák. č. 162/2015 Z.z. Správny súdny poriadok (ďalej len „SSP“), uznesením ju odmietne. Uznesenie bolo žalobcovi riadne doručené 30.8.2017. Dňa 11.9.2017 žalobca doručil súdu podanie, označené ako: „Podklad na ďalší právny postup: Odpoveď = a doplnenie podnetu = uznesenia.“ Ako to vyplýva z obsahu tohto podania žalobcu, tento ani následne pôvodné podanie neopravil a nedoplnil, zotrval na obsahu pôvodného podania, ktorého obsah iba v zjednodušenej forme zopakoval, vrátane pripojenia už pôvodne pripojených písomností. 5/ Dňa 8.11.2017 žalobca podaním adresovaným predsedovi Krajského súdu v Bratislave doručil „Opakovanú žalobu“ vo forme prvej strany žaloby doručeného súdu 13.7.2017, na ktorú žalobca dopísal: „17. 645.- + 4.510.- = 22.155=“. Prílohou tohto podania boli už založené prílohy - kópie rozhodnutí, uznesení, oznámení a písomností. Toto podanie bolo založené do súdneho spisu sp. zn.: 4Sa/59/2017. 6/ I keď žalobca podaniami, doručenými súdu 11.9.2017 a 8.11.2017 pôvodne podanú žalobu doručenú 13.7.2017 nedoplnil a neopravil v zmysle uznesenia súdu z 18.8.2017, osobitne z jeho podania z 8.11.2017 (viď bod 5/ tohto uznesenia) sa možno dôvodne domnievať, že ide o žalobu v sociálnych veciach, ktorá smeruje voči rozhodnutiu Sociálnej poisťovne, pobočka Nové Zámky č.: K-700-371-4105/2001-3 z 19.12.2001, ktorým mu bolo predpísané poistné na nemocenské a na dôchodkové poistenie od 1.1.1995 do 31.12.2000 spolu vo výške 17 645,00 Sk. Ide teda o žalobu v sociálnych veciach. Podľa § 6 ods. 2 písm. c) SSP: Správne súdy rozhodujú v konaniach o správnych žalobách v sociálnych veciach. Podľa ust. § 9 ods. 1 SSP: Konanie sa uskutočňuje na tom správnom súde, ktorý je vecne, miestne a kauzálne príslušný. Príslušnosť sa určuje podľa okolností existujúcich v čase začatia konania a trvá až do jeho skončenia. Podľa ust. § 10 SSP: Na konanie a rozhodovanie v správnom súdnictve sú vecne príslušné krajské súdy, ak tento zákon neustanovuje inak. Podľa ust. § 13 ods. 2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SSP: Sociálnymi vecami sa na účely tohto zákona rozumie rozhodovanie Sociálnej poisťovne. Podľa § 3 ods. 4 zák. č. 371/2004 Z.z. o sídlach a obvodoch súdov Slovenskej republiky a o zmene zákona č. 99/1963 Zb. Občiansky súdny poriadok v znení neskorších predpisov (v znení zákonov č. 428/2004 Z.z. a č. 757/2004 Z.z.): Sídlom Krajského súdu v Nitre je mesto Nitra; jeho obvod tvoria obvody týchto súdov: d) Okresného súdu Nové Zámky, Podľa ust. § 18 ods. 2 SSP: Ak správny súd zistí, že nie je vecne, miestne alebo kauzálne príslušný, postúpi vec uznesením príslušnému správnemu súdu. Nižší správny súd je postúpením veci vyšším správnym súdom viazaný. 7/ Po doručení predmetnej žaloby ako aj jej doplnenia doručeného súdu 8.11.2017 súd skúmal svoju miestnu príslušnosť na konanie v predmetnej veci - žaloby v sociálnych veciach. Žalobca má trvalé bydlisko na adrese: F. X, H. W. Ž.. Dvory nad Žitavou sa nachádzajú v služobnom obvode Okresného súdu Nové Zámky, ktorý je v obvode Krajského súdu v Nitre. 8/ S poukazom na vyššie citované zákonné ustanovenia súd dospel k presvedčeniu, že na konanie o tejto žalobe je miestne príslušný Krajský súd v Nitre. Preto súd rozhodol tak, ako to je uvedené vo výrokovej časti tohto uznesenia. 9/ Po právoplatnosti tohto uznesenia bude spis zaslaný miestne príslušnému Krajskému súdu v Nitre na ďalšie konanie. Poučenie: Proti tomuto uzneseniu kasačná sťažnosť nie je prípustná.</w:t>
      </w:r>
    </w:p>
    <w:p/>
    <w:p>
      <w:r>
        <w:t>Zdroj: KAUZIS.SK – https://www.kauzis.sk/judikatura/r/ECLI:SK:KSBA:2017:1017201102.2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