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6Sa/59/2017 z 23. 7. 2017</w:t>
      </w:r>
    </w:p>
    <w:p>
      <w:r>
        <w:t>Uznesenie Krajského súdu Bratislava z 23. júla 2017, sp. zn. 6Sa/59/2017, ECLI:SK:KSBA:2017:1017201106.1</w:t>
      </w:r>
    </w:p>
    <w:p>
      <w:r>
        <w:t>Súd: Krajský súd Bratislava</w:t>
      </w:r>
    </w:p>
    <w:p>
      <w:r>
        <w:t>Spisová značka: 6Sa/59/2017</w:t>
      </w:r>
    </w:p>
    <w:p>
      <w:r>
        <w:t>ECLI: ECLI:SK:KSBA:2017:1017201106.1</w:t>
      </w:r>
    </w:p>
    <w:p>
      <w:r>
        <w:t>Dátum vydania: 23. 7. 2017</w:t>
      </w:r>
    </w:p>
    <w:p>
      <w:r>
        <w:t>Forma: Uznesenie</w:t>
      </w:r>
    </w:p>
    <w:p>
      <w:pPr>
        <w:pStyle w:val="Heading2"/>
      </w:pPr>
      <w:r>
        <w:t>Text rozhodnutia</w:t>
      </w:r>
    </w:p>
    <w:p>
      <w:r>
        <w:t>Súd: Krajský súd Bratislava Spisová značka: 6Sa/59/2017 Identifikačné číslo súdneho spisu: 1017201106 Dátum vydania rozhodnutia: 24. 07. 2017 Meno a priezvisko sudcu, VSÚ: JUDr. Milota Tóthová ECLI: ECLI:SK:KSBA:2017:1017201106.1 Uznesenie Krajský súd v Bratislave v právnej veci žalobcu: D. G., Š. C. T., Z. H. M., H. X. S., F.. S. XX.XX.XXXX, naposledy umiestnený Útvar policajného zaistenia pre cudzincov Medveďov, proti žalovanému: Prezídium policajného zboru, Úrad hraničnej a cudzineckej polície, Riaditeľstvo hraničnej a cudzineckej polície Bratislava, Oddelenie cudzineckej polície Policajného zboru Bratislava, Hrobákova 44, Bratislava, o preskúmanie rozhodnutia žalovaného o zaistení číslo: PPZ-HCP-BA6-164-012/2017- AV zo dňa 16.06.2017, takto r o z h o d o l : Správny súd konanie z a s t a v u j e. Žiaden z účastníkov nemá právo na náhradu trov konania. o d ô v o d n e n i e : Žalovaný predložil na Krajský súd v Bratislave dňa 13.07.2017 správnu žalobu podanú právnym zástupcom žalobcu Centrum právnej pomoci, kancelária Bratislava, Námestie slobody 12, Bratislava zo dňa 06.07.2017 proti jeho rozhodnutiu č.p.: PPZ-HCP-BA6-164-012/2017-AV vydanému dňa 16.06.2017, ktorým bol žalobca zaistený podľa ustanovenia § 88 ods. 1 písm. b) zákona č. 404/2011 Z.z. o pobyte cudzincov dňom 16.06.2017 a následne bol umiestnený v Útvare policajného zaistenia pre cudzincov Medveďov, pričom podľa § 88 ods. 4 zákona o pobyte cudzincov zároveň bola stanovená dĺžka doby zaistenia na čas nevyhnutne potrebný, najviac do 16.12.2017. Žalovaný spolu s predložením správnej žaloby predložil svoje vyjadrenie k správnej žalobe ako aj kompletný administratívny spis, ktorý sa týka danej veci. 2. Žalovaný sa k žalobe žalobcu vyjadril písomne v podaní doručenom správnemu súdu dňa 13.07.2017. 3. Z hlásenia o udalosti Útvaru policajného zaistenia pre cudzincov Medveďov zo dňa 09.07.2017 a Správy o prehliadke mŕtveho zo dňa 09.07.2017 správny súd zistil, že žalobca dňa 09.07.2017 zomrel. 4. Podľa § 97 zákona č. 162/2015 Z. z. Správny súdny poriadok (ďalej len „SSP“), ak tento zákon neustanovuje inak, správny súd kedykoľvek počas konania prihliada na to, či sú splnené podmienky, za ktorých môže správny súd konať a rozhodnúť (ďalej len "procesné podmienky"). 5. Podľa § 99 písm. b) SSP, správny súd konanie uznesením zastaví, ak zistil taký nedostatok procesnej podmienky konania, ktorý nemožno odstrániť, a nebol dôvod na odmietnutie žaloby podľa § 98 ods. 1. 6. Podľa § 491 ods. 1 SSP, ak nie je ďalej ustanovené inak, platí tento zákon aj na konania začaté podľa piatej časti Občianskeho súdneho poriadku predo dňom nadobudnutia jeho účinnosti. 7. Keďže žalobca v priebehu konania zomrel a pre uvedený neodstrániteľný nedostatok procesnej podmienky konania nemožno v konaní pokračovať, správny súd v súlade s ustanovením § 99 písm. b) SSP konanie zastavil. 8. O náhrade trov konania správny súd rozhodol podľa § 170 písm. b) SSP tak, že žiaden z účastníkov nemá právo na náhradu trov konania, nakoľko konanie bolo zastavené.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https://www.kauzis.sk/judikatura/r/ECLI:SK:KSBA:2017:1017201106.1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