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2S/181/2017 z 22. 11. 2017</w:t>
      </w:r>
    </w:p>
    <w:p>
      <w:r>
        <w:t>Uznesenie Krajského súdu Bratislava z 22. novembra 2017, sp. zn. 2S/181/2017, ECLI:SK:KSBA:2017:1017201302.1</w:t>
      </w:r>
    </w:p>
    <w:p>
      <w:r>
        <w:t>Súd: Krajský súd Bratislava</w:t>
      </w:r>
    </w:p>
    <w:p>
      <w:r>
        <w:t>Spisová značka: 2S/181/2017</w:t>
      </w:r>
    </w:p>
    <w:p>
      <w:r>
        <w:t>ECLI: ECLI:SK:KSBA:2017:1017201302.1</w:t>
      </w:r>
    </w:p>
    <w:p>
      <w:r>
        <w:t>Dátum vydania: 22.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2S/181/2017 Identifikačné číslo súdneho spisu: 1017201302 Dátum vydania rozhodnutia: 23. 11. 2017 Meno a priezvisko sudcu, VSÚ: JUDr. Vlastimil Pavlikovský ECLI: ECLI:SK:KSBA:2017:1017201302.1 Uznesenie Krajský súd v Bratislave v právnej veci žalobcu: VEMI GLANCE, s.r.o., so sídlom Lidické námestie 14, 040 22 Košice, IČO: 45 632 391, zastúpený: Advokátska kancelária JUDr. Tomáš Tomčovčík, s.r.o., so sídlom Nerudova 14, 040 01 Košice, IČO: 50 001 949, proti žalovanému: Národný inšpektorát práce, Masarykova 10, 040 01 Košice, IČO: 00 166 405, o preskúmanie zákonnosti rozhodnutia žalovaného č. OPS/BEZ/2017/3854 zo dňa 22.06.2017 a o návrhu žalobcu na priznanie odkladného účinku správnej žalobe, takto r o z h o d o l : Krajský súd v Bratislave konanie z a s t a v u j e . Žiaden z účastníkov n e m á právo na náhradu trov konania. o d ô v o d n e n i e : 1. Žalobca sa žalobou zo dňa 21.07.2017, doručenou tunajšiemu súdu dňa 31.07.2017, domáhal preskúmania zákonnosti rozhodnutia žalovaného č. OPS/BEZ/2017/3854 zo dňa 22.06.2017, ktorým žalovaný zamietol odvolanie žalobcu a potvrdil rozhodnutie Inšpektorátu práce Bratislava č. 2017/641 zo dňa 03.03.2017. Predmetným prvostupňovým rozhodnutím bola žalobcovi uložená pokuta za správny delikt vo výške 2.000,- eur. 2. Podľa § 10 ods. 1 zákona č. 71/1992 Zb. o súdnych poplatkoch a poplatku za výpis z registra trestov v znení neskorších predpisov (ďalej len „zákon o súdnych poplatkoch“)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3. Žalobca si svoju poplatkovú povinnosť nesplnil súčasne s podaním žaloby, súd ho preto výzvou zo dňa 16.10.2017 vyzval na zaplatenie súdneho poplatku za podanie žaloby vo výške 70,- eur podľa položky 10 písm. a) sadzobníka súdnych poplatkov zákona o súdnych poplatkoch v lehote 10 dní odo dňa doručenia výzvy. Súd zároveň poučil žalobcu o tom, že ak poplatok nebude zaplatený v určenej lehote, súd konanie v zmysle § 10 ods. 1 zákona o súdnych poplatkoch zastaví. Predmetná výzva bola žalobcovi doručená dňa 20.10.2017. 4. Pretože žalobca v určenej lehote ani doteraz súdny poplatok za žalobu nezaplatil, súd v súlade s citovaným ustanovením zákona konanie zastavil. Právoplatným rozhodnutím súdu o zastavení konania pre nezaplatenie súdneho poplatku poplatková povinnosť v celom rozsahu zaniká (§ 5 ods. 2 zákona o súdnych poplatkoch). 5. Podľa § 10 ods. 3 prvej vety zákona o súdnych poplatkoch prvoinštančný súd zruší uznesenie o zastavení konania pre nezaplatenie súdneho poplatku, ak bol súdny poplatok zaplatený v lehote určenej súdom podľa odseku 1 alebo ak sú na to dôvody podľa odseku 2. 6. Podľa § 14 ods. 1 zákona o súdnych poplatkoch ak tento zákon neustanovuje inak, na konanie vo veciach poplatkov sa primerane použijú ustanovenia zákona č. 160/2015 Z. z. Civilného sporového poriadku okrem § 357 písm. a). 7. Podľa § 14 ods. 3 zákona o súdnych poplatkoch v sťažnosti proti rozhodnutiu o zastavení súdneho konania pre nezaplatenie súdneho poplatku nemožno namietať skutočnosti, ktoré nastali po uplynutí lehoty na zaplatenie súdneho poplatku. 8. Podľa § 14 ods. 4 zákona o súdnych poplatkoch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9. O náhrade trov konania správny súd rozhodol podľa § 170 písm. b) zákona č. 162/2015 Z. z. Správneho súdneho poriadku tak, že žiaden z účastníkov konania nemá právo na náhradu trov konania, pretože konanie bolo zastavené. Poučenie: Proti tomuto uzneseniu nie je odvolanie prípustné. Proti tomuto uzneseniu možno podať sťažnosť na Krajskom súde v Bratislave do 15 dní odo dňa jeho doručenia. Sťažnosť môže podať ten, v koho neprospech bolo uznesenie vydané. V sťažnosti sa popri všeobecných náležitostiach podania (ktorému súdu je určené, kto ho robí, ktorej veci sa týka, čo sa ním sleduje, podpis a spisová značka konania) uvedie, proti ktorému uzneseniu smeruje, v čom sa postup alebo uznesenie súdu považuje za nesprávne a čoho sa sťažovateľ domáha.</w:t>
      </w:r>
    </w:p>
    <w:p/>
    <w:p>
      <w:r>
        <w:t>Zdroj: KAUZIS.SK – https://www.kauzis.sk/judikatura/r/ECLI:SK:KSBA:2017:1017201302.1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