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1S/183/2017 z 1. 11. 2017</w:t>
      </w:r>
    </w:p>
    <w:p>
      <w:r>
        <w:t>Uznesenie Krajského súdu Bratislava z 1. novembra 2017, sp. zn. 1S/183/2017, ECLI:SK:KSBA:2017:1017201322.1</w:t>
      </w:r>
    </w:p>
    <w:p>
      <w:r>
        <w:t>Súd: Krajský súd Bratislava</w:t>
      </w:r>
    </w:p>
    <w:p>
      <w:r>
        <w:t>Spisová značka: 1S/183/2017</w:t>
      </w:r>
    </w:p>
    <w:p>
      <w:r>
        <w:t>ECLI: ECLI:SK:KSBA:2017:1017201322.1</w:t>
      </w:r>
    </w:p>
    <w:p>
      <w:r>
        <w:t>Dátum vydania: 1. 11. 2017</w:t>
      </w:r>
    </w:p>
    <w:p>
      <w:r>
        <w:t>Forma: Uznesenie</w:t>
      </w:r>
    </w:p>
    <w:p>
      <w:pPr>
        <w:pStyle w:val="Heading2"/>
      </w:pPr>
      <w:r>
        <w:t>Text rozhodnutia</w:t>
      </w:r>
    </w:p>
    <w:p>
      <w:r>
        <w:t>Súd: Krajský súd Bratislava Spisová značka: 1S/183/2017 Identifikačné číslo súdneho spisu: 1017201322 Dátum vydania rozhodnutia: 02. 11. 2017 Meno a priezvisko sudcu, VSÚ: JUDr. Anna Peťovská PhD. ECLI: ECLI:SK:KSBA:2017:1017201322.1 Uznesenie Krajský súd v Bratislave v právnej veci žalobcu: Ministerstvo zdravotníctva Slovenskej republiky, Limbová 2, 837 52 Bratislava, proti žalovanému: Ministerstvo financií Slovenskej republiky, Štefanovičova 5, 817 82 Bratislava, o preskúmanie rozhodnutia žalovaného č. MF/010596/2017-243/1037 zo dňa 18.07.2017, takto r o z h o d o l : Krajský súd v Bratislave p o s t u p u j e vec Krajskému súdu v Banskej Bystrici. o d ô v o d n e n i e : 1. Žalobou doručenou tunajšiemu súdu dňa 03.08.2017 sa žalobca domáhal preskúmania rozhodnutia žalovaného č. MF/010596/2017-243/1037 zo dňa 18.07.2017, ktorým bolo zamietnuté odvolanie Ministerstva zdravotníctva Slovenskej republiky zo dňa 06.02.2017 a rozhodnutie Úradu vládneho auditu pracovisko Zvolen bolo potvrdené. Úrad vládneho auditu pracovisko Zvolen prvostupňovým rozhodnutím č. 16/0551/17/001 zo dňa 19.01.2017 uložil riadiacemu orgánu pre Operačný program Zdravotníctvo: Ministerstvo zdravotníctva Slovenskej republiky povinnosť odviesť finančné prostriedky, vo výške porušenia finančnej disciplíny, v sume: 1 182 556,49 euro do 15 dní odo dňa právoplatnosti tohto rozhodnutia. V prípade nezaplatenia odvodu v stanovenom termíne je povinnosťou zaplatiť penále vo výške 0,1 % zo sumy, v ktorej došlo k porušeniu finančnej disciplíny, za každý aj začatý deň omeškania s úhradou uloženého odvodu. 2. Podľa § 97 zák. č. 162/2015 Z.z. Správny súdny poriadok (ďalej len SSP), ak tento zákon neustanovuje inak, správny súd kedykoľvek počas konania prihliada na to, či sú splnené podmienky, za ktorých môže správny súd konať a rozhodnúť (ďalej len "procesné podmienky"). 3. Podľa § 13 ods. 1 SSP, miestne príslušným je krajský súd, v ktorého obvode má sídlo orgán verejnej správy, ktorý rozhodol v prvom stupni, ak tento zákon neustanovuje inak. 4. Podľa § 18 ods. 2 SSP, ak správny súd zistí, že nie je vecne, miestne alebo kauzálne príslušný, postúpi vec uznesením príslušnému správnemu súdu. Nižší správny súd je postúpením veci vyšším správnym súdom viazaný. 5. Podľa § 4 ods. 1 zák. č. 357/2015 Z.z. o finančnej kontrole a audite, zriaďuje sa Úrad vládneho auditu s pôsobnosťou pre celé územie Slovenskej republiky so sídlom vo Zvolene. Úrad vládneho auditu s písomným súhlasom ministerstva financií je oprávnený zriaďovať svoje pracoviská. 6. Z podanej žaloby a aj z administratívneho spisu súd zistil, že v predmetnom konaní orgánom verejnej správy, ktorý rozhodol v prvom stupni je Úrad vládneho auditu pracovisko Zvolen, T.G. Masaryka 10, 960 01 Zvolen. Teda orgán verejnej správy, ktorý rozhodol v prvom stupni má sídlo vo Zvolene, čo vyplýva i z ust. § 4 ods. 1 zák. č. 357/2015 Z.z. o finančnej kontrole a audite. V zmysle ust. § 13 ods. 1 SSP je preto miestne príslušným Krajský súd v Banskej Bystrici, v ktorého obvode má sídlo Úrad vládneho auditu pracovisko Zvolen, T.G. Masaryka 10, 960 01 Zvolen, ktorý aj rozhodol v prvom stupni. 7. Nakoľko Krajský súd v Bratislave zistil, že nie je miestne príslušný, v zmysle ust. § 18 ods. 2 SSP postúpil vec uznesením miestne príslušnému správnemu súdu, t.j. Krajskému súdu v Banskej Bystrici. Poučenie: Proti tomuto uzneseniu nie je prípustná kasačná sťažnosť (§ 439 ods. 2 písm. a) SSP).</w:t>
      </w:r>
    </w:p>
    <w:p/>
    <w:p>
      <w:r>
        <w:t>Zdroj: KAUZIS.SK – https://www.kauzis.sk/judikatura/r/ECLI:SK:KSBA:2017:1017201322.1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