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6S/114/2017 z 22. 11. 2017</w:t>
      </w:r>
    </w:p>
    <w:p>
      <w:r>
        <w:t>Uznesenie Krajského súdu Bratislava z 22. novembra 2017, sp. zn. 6S/114/2017, ECLI:SK:KSBA:2017:1017201365.2</w:t>
      </w:r>
    </w:p>
    <w:p>
      <w:r>
        <w:t>Súd: Krajský súd Bratislava</w:t>
      </w:r>
    </w:p>
    <w:p>
      <w:r>
        <w:t>Spisová značka: 6S/114/2017</w:t>
      </w:r>
    </w:p>
    <w:p>
      <w:r>
        <w:t>ECLI: ECLI:SK:KSBA:2017:1017201365.2</w:t>
      </w:r>
    </w:p>
    <w:p>
      <w:r>
        <w:t>Dátum vydania: 22. 11. 2017</w:t>
      </w:r>
    </w:p>
    <w:p>
      <w:r>
        <w:t>Forma: Uznesenie</w:t>
      </w:r>
    </w:p>
    <w:p>
      <w:pPr>
        <w:pStyle w:val="Heading2"/>
      </w:pPr>
      <w:r>
        <w:t>Text rozhodnutia</w:t>
      </w:r>
    </w:p>
    <w:p>
      <w:r>
        <w:t>Súd: Krajský súd Bratislava Spisová značka: 6S/114/2017 Identifikačné číslo súdneho spisu: 1017201365 Dátum vydania rozhodnutia: 23. 11. 2017 Meno a priezvisko sudcu, VSÚ: Mgr. Marián Degma ECLI: ECLI:SK:KSBA:2017:1017201365.2 Uznesenie Krajský súd v Bratislave ako správny súd v právnej veci žalobcu: Univerzita Pavla Jozefa Šafárika v Košiciach, Šrobárova 2, 041 80 Košice, IČO: 00 397 768, zastúpený Sýkora - advokátska kancelária, s.r.o., Zoborská 13, 040 01 Košice, proti žalovaným: 1/ Ministerstvo školstva, vedy, výskumu a športu Slovenskej republiky, Stromová 1, 813 30 Bratislava, 2/ Výskumná agentúra, Sliačska 1523/1, 831 02 Bratislava, v konaní o preskúmanie zákonnosti rozhodnutia žalovaného - „VEC: Aktualizácia Správ o zistenej nezrovnalosti a Žiadostí o vrátenie finančných prostriedkov projektu 26220120040", č. sp.: P 971/2017-073, č. zázn.: A 4322/2017-062 zo dňa 06.06.2017, Správy o zistenej nezrovnalosti č. N21500116/O03, N21700126/O02, N21700130/O02 zo dňa 06.06.2017, Žiadosti o vrátenie finančných prostriedkov č. 26220120040/Z03/02, 26220120040/Z04/01, 26220120040/Z05/01 zo dňa 06.06.2017, jednohlasne, takto r o z h o d o l : Krajský súd v Bratislave žalobu o d m i e t a . Krajský súd v Bratislave návrh žalobcu na priznanie odkladného účinku správnej žalobe zamieta. Žiaden z účastníkov nemá právo na náhradu trov konania. o d ô v o d n e n i e : 1. Žalobou doručenou Krajskému súdu v Bratislave dňa 11.08.2017 sa žalobca domáhal preskúmania zákonnosti rozhodnutia žalovaného - „VEC: Aktualizácia Správ o zistenej nezrovnalosti a Žiadostí o vrátenie finančných prostriedkov projektu 26220120040“, č. sp.: P 971/2017-073, č. zázn.: A 4322/2017-062 zo dňa 06.06.2017, Správy o zistenej nezrovnalosti č. N21500116/003, N21700126/002 zo dňa 06.06.2017, Žiadosti o vrátenie finančných prostriedkov č. 26220120040/Z03/02, 26220120040/ Z04/01, 26220120040/Z05/01 zo dňa 06.06.2017. 2. Žalobu dôvodil tým, že dňa 05.01.2010 so žalovaným v 1/ rade, zastúpeným žalovaným v 2/ rade v uzavrel Zmluvu o poskytnutí nenávratného finančného príspevku č. zmluvy 034/2009/2.1/OPaV (ďalej len „Zmluva o NFP“). Predmetná zmluva bola uzatvorená v zmysle § 15 ods. 1 zákona č. 528/2008 Z.z.. Na základe rozhodnutia o schválení NFP a v súlade so Zmluvou o NFP mu bol schválený nenávratný finančný príspevok vo výške 2.642.573,17 eura na účely realizácie projektu s názvom „Centrum excelentnosti pre výskum aterosklerózy (CEVA)“, kód ITMS: 26220120040 (ďalej len „Projekt“). 3. Dňa 12.06.2017 mu bol doručený správny akt žalovaného v 2/ rade zo dňa 06.06.2017 s názvom „VEC: Aktualizácia Správ o zistenej nezrovnalosti a Žiadostí o vrátenie finančných prostriedkov projektu 26220120040“ č. spisu P 971/2017-073, č. zázn.: A 4322/2017-062, prílohou ktorého bola Správa o zistenej nezrovnalosti N21500116/O03 zo dňa 06.06.2017, Správa o zistenej nezrovnalosti N21700121/ S02 zo dňa 06.06.2017, Správa o zistenej nezrovnalosti N21700126/O02 zo dňa 06.06.2017, Správa o zistenej nezrovnalosti N21700130/O02 zo dňa 06.06.2017, Žiadosť o vrátenie finančných prostriedkov č. 26220120040/Z03/02, Žiadosť o vrátenie finančných prostriedkov č. 26220120040/Z04/01, Žiadosť o vrátenie finančných prostriedkov č. 26220120040/Z05/01 a Žiadosť o vrátenie finančných prostriedkov č. 26220120040/Z06, na základe ktorých ho žalovaný 2/ žiadal o vrátenie časti poskytnutých finančných prostriedkov zo zdrojov EÚ a SR v sume celkom 9.646,12 eura s poukazom na porušenie podmienok Zmluvy o NFP, č. 31 ods. 1 zákona č. 523/2004 Z.z. a § 9 ods. 4 a § 34 ods. 1 zákona č. 25/20006 Z.z. , ktoré mali byť zistené opätovnou administratívnou kontrolou zo dňa 09.05.2017 vykonanej žalovaným 2/ na základe záverov Protokolu o výsledku kontroly dodržiavania zákona č. 25/2006 Z.z. č. 18812-7000/2016/ODII/5 zo dňa 18.01.2017, konaním popísaným v bode 5.3 Správy o zistenej nezrovnalosti. Vytýkané porušenie sa týkali skrátenia lehôt na vyžiadanie si súťažných podkladov oproti lehote na predkladanie ponúk a údajne nedostatočného opisu predmetu zákazky v súťažných podkladoch, čím malo dôjsť k porušeniu § 34 ods. zákona č. 25/2006 Z.z. a zároveň princípu transparentnosti, hospodárnosti a efektívnosti vyplývajúcich z § 9 ods. 4 zákona č. 25/2006 Z.z. 4. Dňa 23.06.2017 mu bol doručený list žalovaného v 2/ rade zo dňa 20.06.2017 č. spis: 971/2017-073, č. zázn.: A 4896/2017-062 s názvom „ VEC: Odpoveď na žiadosť o vyjadrenie k aktualizácii nezrovnalostí“, v ktorom žalovaný v 2/ rade uviedol, že stav nezrovnalosti N21700121/S02, súvisiaci so žiadosťou o vrátenie finančných prostriedkov č. 26220120040/Z06, bol posunutý do stavu „nepotvrdené podozrenie“, nakoľko nastali objektívne skutočnosti, ktoré mali za následok zrušenie identifikácie čerpaných neoprávnených výdavkov pre projekt. Závermi protokolu o výsledku kontroly došlo podľa žalovaného v 2/ rade k zníženiu výšky korekcie na 10%, vzhľadom k čomu bola „korekcia obsahujúca 15% z čerpania zákazky (N21700121) zrušená“ a nebude od neho ako prijímateľa ďalej vymáhaná. „V platnosti ostávajú nezrovnalosti vo výške 10% čerpania zákazky pod číslom N21500116/O03 a N21700130/S02.“ 5. Žalovaný v 2/ rade vo vyjadrení k žalobe žiadal konanie odmietnuť. Nestotožnil sa s názormi žalobcu a mal za to, že Správy a Žiadosti nie sú konečnými rozhodnutiami o povinnosti vrátiť poskytnutý príspevok, alebo jeho časť, tak ako to uviedol žalobca. Týmto rozhodnutím je podľa zákona č. 528/2008 Z.z. až rozhodnutie podľa § 27a ods. 5 a 6, proti ktorému bude možné uplatniť riadny opravný prostriedok, alebo v prípade potreby preskúmať zákonnosť tohto rozhodnutia. V prípade, ak žalobca neuhradí sumu uvedenú v Žiadostiach, nezakladá to ich vynútiteľnosť. V prípade začatia správneho konania bude žalobca riadne upovedomený o jeho začatí a bude vyzvaný na vyjadrenie pred vydaním rozhodnutia podľa § 27a ods. 5 a 6 zákona č. 528/2008 Z.z. a taktiež bude mať k dispozícii opravné prostriedky v rámci správneho konania, a tým mu bude poskytnutá možnosť brániť sa voči konzekvenciám, vyplývajúcim zo skutočností uvedených v správe o zistenej nezrovnalosti. Žalovaný v 2/ rade upriamil pozornosť súdu na skutočnosť, že ako sprostredkovateľský orgán, žalobcu iba vyzval na dobrovoľné vrátenie poskytnutého finančného príspevku. 6. Žalovaný v 1/ rade vo vyjadrení k žalobe žiadal žalobu odmietnuť. Poukázal na fakt, že v tomto štádiu sa ešte správne konanie nezačalo, a nebolo vydaní ani konečné správne rozhodnutie v zmysle § 27a ods. 5 zákona č. 528/2008 Z.z. Uviedol, že Správy a Žiadostí majú predbežný charakter, ktoré neustanovujú povinnosť vrátiť finančné prostriedky a taktiež pokiaľ žalobca neuhradí výšku vytýčenú v Správe, nezakladá to jej vynútiteľnosť. Vo svojej podstate sú len opatreniami predbežnej povahy, ktoré nemôžu mať za následok ujmu na subjektívnych právach žalobcu, pretože právne postavenie žalobcu sa v ich dôsledku nemení, na základe daného Správa a Žiadosť nie sú rozhodnutiami a teda ich súdne preskúmanie nie je prípustné. 7. Krajský súd v Bratislave ako správny súd vecne a miestne príslušný na konanie vo veci (§ 10, § 11 ods. 1 S.s.p.) preskúmal napadnuté správne akty v rozsahu dôvodov uvedených v žalobe. 8. Podľa § 2 ods. 1 S.s.p., v správnom súdnictve poskytuje správny súd ochranu právam alebo právom chráneným záujmom fyzickej osoby a právnickej osoby v oblasti verejnej správy a rozhoduje v ďalších veciach ustanovených týmto zákonom. 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7 písm. e) S.s.p., správne súdy nepreskúmavajú rozhodnutia orgánov verejnej správy a opatrenia orgánov verejnej správy predbežnej, procesnej alebo poriadkovej povahy, ak nemohli mať za následok ujmu na subjektívnych právach účastníka konania. 13. Podľa § 97 S.s.p., ak tento zákon neustanovuje inak, správny súd kedykoľvek počas konania prihliada na to, či sú splnené podmienky, za ktorých môže správny súd konať a rozhodnúť (ďalej len „procesné podmienky“). 14. Podľa § 98 ods. 1 písm. g) S.s.p., správny súd uznesením odmietne žalobu, ak je neprípustná. 15. Podľa § 14 ods. 18 zákona č. 528/2008 Z. z., rozhodnutia vydané v konaní podľa tejto časti zákona nie sú preskúmateľné súdom. 16. Podľa § 27a ods. 1 zákona č. 528/2008 Z. z., ak riadiaci orgán zistí porušenie pravidiel a postupov verejného obstarávania, môže vyzvať prijímateľa na vrátenie poskytnutého príspevku alebo jeho časti na predmet zákazky. 17.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18.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19.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20. Krajský súd v Bratislave z obsahu administratívneho spisu zistil, že dňa 05.01.2010 došlo k uzatvoreniu Zmluvy o poskytnutí nenávratného finančného príspevku, medzi žalobcom a žalovaným v 1/ rade na projekt s názvom „Centrum excelentnosti pre výskum aterosklerózy (CEVA)“. 21. Žalobca vyhlásil verejné obstarávanie pri zadávaní nadlimitnej zákazky na dodanie tvaru na predmet zákazky „Spotrebný materiál pre bio-medicínsky výskum“, a to zverejnením vo Vestníku verejného obstarávania č. 221/2012 zo dňa 19.11.2012 pod zn. 13859-MST a v Úradnom vestníku EÚ č. 2012/S 223-367459 zo dňa 20.11.2012. 22. Z administratívneho spisu mal súd za preukázané, že dňa 12.06.2017 boli žalobcovi doručené Správy a Žiadosti o vrátenie finančných prostriedkov zo dňa 06.06.2017, na základe ktorých žalovaný v 2/ rade žiadal od žalobcu vrátenie 9.646,12 eura. 23. Predmetom preskúmania v predmetnej veci v zmysle žaloby sú 1/ „VEC: Aktualizácia Správ o zistenej nezrovnalosti a Žiadostí o vrátenie finančných prostriedkov projektu 26220120040“, č. sp.: P 971/2017-073, č. zázn..: A 4322/2017-062 zo dňa 06.06.2017, 2/ Správa o zistenej nezrovnalosti N21500116/O03 zo dňa 06.06.2017, 3/ Správa o zistenej nezrovnalosti N21700126/O02 zo dňa 06.06.2017, 4/ Správa o zistenej nezrovnalosti N21700130/O02 zo dňa 06.06.2017, 5/ Žiadosti o vrátenie finančných prostriedkov č. 26220120040/Z03/02 zo dňa 06.06.2017, 6/ Žiadosti o vrátenie finančných prostriedkov č. 26220120040/Z04/01 zo dňa 06.06.2017, 7/ Žiadosti o vrátenie finančných prostriedkov č.26220120040/Z05/01 zo dňa 06.06.2017. 24.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v 2/ rade. 27. Krajský súd v Bratislave v súlade s právnym názorom vysloveným vo viacerých rozhodnutiach Najvyššieho súdu SR, napr. v rozsudku sp. zn. 10Sžo/90/2016 zo dňa 25.10.2017, sp. zn. 6Sžfk/22/2017 zo dňa 27.09.2017, sp. zn. 5Sžf/26/2012 zo dňa 29.11.2012 a sp. zn. 4Sžf/56/2015 zo dňa 08.06.2016 dospel k názoru, že Správy a Žiadosti ako také nepodliehajú súdnemu prieskumu v správnom súdnictve, pretože nepredstavujú zásah do práv a právom chránených záujmov kontrolovaného subjektu. Správy o výsledku kontroly je možné považovať podľa názoru súdu len za akýsi výstup kontroly, ktorý sa nemohol nijako dotknúť právneho postavenia žalobcu a spôsobiť mu ujmu na jeho právach. Preto súdnemu prieskumu v správnom súdnictve nepodliehajú. 28. Je nesporné, že v správach absentuje právne vynútiteľný výrok o povinnosti vrátiť finančné prostriedky. Skutočnosť, že došlo k finančnému vyčísleniu nezrovnalosti a jeho popisu samo o sebe ešte nezakladá povinnosť u žalobcu vrátiť finančné prostriedky. Správami ani Žiadosťami nebol žalobca zaviazaný k vráteniu finančných prostriedkov, ide len o písomnosti s informatívnym charakterom. Z obsahu administratívneho spisu je okrem iného nesporné, že ku dňu podania žaloby nedošlo k vydaniu právoplatného rozhodnutia, resp. správneho rozhodnutia o vrátení finančných prostriedkov. Správami boli žalobcovi oznámené zistené nezrovnalosti v priebehu kontroly, tak ako to ustanovuje zákon č. 528/2008 Z.z., a preto ich možno považovať za podkladové rozhodnutia, majúce predbežnú povahu vzhľadom na zákonný postup vyplývajúci z § 27a zákona č. 528/2008 Z.z. Ohľadom preskúmania Žiadostí je nesporné, že touto písomnosťou žalovaný v 2/ rade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rozhodnutia vydané v rámci výkonu pôsobnosti žalovaného v 2/ rade ako správneho orgánu a oblasti verejnej správy, ktoré by bolo možné podrobiť súdnemu prieskumu. 29.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Na základe vyššie uvedených skutočností súd konštatoval, že neboli naplnené všetky podmienky na preskúmanie rozhodnutia v rámci správneho súdnictva a preto Krajský súd v Bratislave s poukazom na ust. § 98 ods. 1 písm. g) S.s.p. žalobu odmietol. 31. O náhrade trov konania bolo rozhodnuté podľa ust. § 170 písm. a) S.s.p. tak, že žiadnemu účastníkovi konania súd náhradu trov konania nepriznal. 32.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https://www.kauzis.sk/judikatura/r/ECLI:SK:KSBA:2017:1017201365.2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