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8Sa/65/2017 z 23. 8. 2017</w:t>
      </w:r>
    </w:p>
    <w:p>
      <w:r>
        <w:t>Uznesenie Krajského súdu Bratislava z 23. augusta 2017, sp. zn. 8Sa/65/2017, ECLI:SK:KSBA:2017:1017201371.1</w:t>
      </w:r>
    </w:p>
    <w:p>
      <w:r>
        <w:t>Súd: Krajský súd Bratislava</w:t>
      </w:r>
    </w:p>
    <w:p>
      <w:r>
        <w:t>Spisová značka: 8Sa/65/2017</w:t>
      </w:r>
    </w:p>
    <w:p>
      <w:r>
        <w:t>ECLI: ECLI:SK:KSBA:2017:1017201371.1</w:t>
      </w:r>
    </w:p>
    <w:p>
      <w:r>
        <w:t>Dátum vydania: 23. 8. 2017</w:t>
      </w:r>
    </w:p>
    <w:p>
      <w:r>
        <w:t>Forma: Uznesenie</w:t>
      </w:r>
    </w:p>
    <w:p>
      <w:pPr>
        <w:pStyle w:val="Heading2"/>
      </w:pPr>
      <w:r>
        <w:t>Text rozhodnutia</w:t>
      </w:r>
    </w:p>
    <w:p>
      <w:r>
        <w:t>Súd: Krajský súd Bratislava Spisová značka: 8Sa/65/2017 Identifikačné číslo súdneho spisu: 1017201371 Dátum vydania rozhodnutia: 24. 08. 2017 Meno a priezvisko sudcu, VSÚ: JUDr. Blanka Malichová ECLI: ECLI:SK:KSBA:2017:1017201371.1 Uznesenie Krajský súd v Bratislave v právnej veci žalobcu: Š. G., E.. XX.XX.XXXX, J. I. P. XXX/XX, XXX XX D., zast. JUDr. Michal Feciľak, advokát so sídlom Jesenná 8, 080 05 Prešov, proti žalovanej: Sociálna poisťovňa, ústredie, ul. 29. Augusta č. 8, Bratislava, o preskúmanie zákonnosti rozhodnutia Generálneho riaditeľa Sociálnej poisťovne č. XXX XXX XXXX X zo dňa 19.06.2017 a rozhodnutia Sociálnej poisťovne - ústredie č. XXX XXX XXXX X zo dňa 08.12.2016 r o z h o d o l : Krajský súd v Bratislave p o s t u p u j e vec miestne príslušnému Krajskému súdu v Košiciach. o d ô v o d n e n i e : 1. Dňa 14.08.2017 bola Krajskému súdu v Bratislave doručená správna žaloba o preskúmanie zákonnosti rozhodnutia Generálneho riaditeľa Sociálnej poisťovne č. XXX XXX XXXX X zo dňa 19.06.2017 a rozhodnutia Sociálnej poisťovne - ústredie č. XXX XXX XXXX X zo dňa 08.12.2016, ktorou sa žalobca domáhal zrušenia oboch rozhodnutí a ich vrátenia žalovanej na nové konanie a rozhodnutie. Z obsahu spisu súd zistil, že žalobca má adresu trvalého bydliska v D., ktoré v zmysle nariadenia vlády č. 258/1996 Z.z. v platnom znení územne spadajú pod okres Trebišov. 2. Podľa ust.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ust. § 6 ods. 2 písm. c/ zákona č. 162/2015 Z.z. správne súdy rozhodujú v konaniach o správnych žalobách v sociálnych veciach. 4. Podľa ust. § 9 ods. 1 S.s.p., konanie sa uskutočňuje na tom správnom súde, ktorý je vecne, miestne a kauzálne príslušný. Príslušnosť sa určuje podľa okolností existujúcich v čase začatia konania a trvá až do jeho skončenia. 5. Podľa ust. § 10 S.s.p., na konanie a rozhodovanie v správnom súdnictve sú vecne príslušné krajské súdy, ak tento zákon neustanovuje inak. 6. Podľa ust. § 13 ods. 1 S.s.p., miestne príslušným je krajský súd, v ktorého obvode má sídlo orgán verejnej správy, ktorý rozhodol v prvom stupni, ak tento zákon neustanovuje inak. 7.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8. Vzhľadom k tomu, že v preskúmavanej veci sa s poukazom na vyššie citované zákonné ustanovenia, miestna príslušnosť na konanie neurčuje podľa sídla žalovaného, vychádzal Krajský súd v Bratislave pri skúmaní svojej miestnej príslušnosti z trvalého pobytu žalobcu na adrese P. XXX/XX, XXX XX D.. V zmysle ust. § 9 ods. 2 pís. f/ a § 10 zákona č. 221/1996 Z. z. o územnom a správnom usporiadaní SR a nariadenia vlády SR č. 258/1996 Z.z., ktorým sa vydáva zoznam obcí a vojenských obvodov tvoriacich jednotlivé okresy, je obec D. v časti Prílohy zaradená pod okres Trebišov, ktorý v zmysle § 3 ods. 8 písm. g/ zák.č. 371/2004 Z.z. o sídlach a obvodoch súdov SR spadá v danej veci do územnej pôsobnosti Krajského súdu Košice. 9. Hypotéza ust. § 9 ods. 1 S.s.p. je podriadená zásade „perpetuatio fori,“ podľa ktorej sa príslušnosť súdu určuje podľa okolností existujúcich v čase začatia konania; takto určená príslušnosť trvá až do jeho skončenia. 10. Uvedené právne posúdenie veci dané ust. § 13 ods. 3 S.s.p., v korelácii s trvalým pobytom žalobcu na adrese P. XXX/XX, XXX XX D., vylúčilo miestnu príslušnosť Krajského súdu v Bratislave a založilo príslušnosť na konanie Krajskému súdu v Košiciach. 11. Podľa ust. § 18 ods. 2 S.s.p., ak správny súd zistí, že nie je vecne, miestne alebo kauzálne príslušný, postúpi vec uznesením príslušnému správnemu súdu. Nižší správny súd je postúpením veci vyšším správnym súdom viazaný. 12. Podľa ust. § 18 ods. 3 S.s.p., ak správny súd, ktorému bola vec postúpená správnym súdom tej istej inštancie, nesúhlasí so svojou miestnou príslušnosťou alebo kauzálnou príslušnosťou, predloží vec na rozhodnutie najvyššiemu súdu. Rozhodnutím najvyššieho sú nižšie správne súdy viazané. 13. Na základe zistenia, že Krajský súd v Bratislave nie je v zmysle § 13 ods. 3 S.s.p. na konanie vo veci miestne príslušný, bude po právoplatnosti tohto uznesenia spis zaslaný na ďalšie konanie Krajskému súdu v Košiciach. Poučenie: Proti tomuto uzneseniu kasačná sťažnosť nie je prípustná.</w:t>
      </w:r>
    </w:p>
    <w:p/>
    <w:p>
      <w:r>
        <w:t>Zdroj: KAUZIS.SK – https://www.kauzis.sk/judikatura/r/ECLI:SK:KSBA:2017:1017201371.1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