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5S/161/2017 z 5. 11. 2017</w:t>
      </w:r>
    </w:p>
    <w:p>
      <w:r>
        <w:t>Uznesenie Krajského súdu Bratislava z 5. novembra 2017, sp. zn. 5S/161/2017, ECLI:SK:KSBA:2017:1017201376.1</w:t>
      </w:r>
    </w:p>
    <w:p>
      <w:r>
        <w:t>Súd: Krajský súd Bratislava</w:t>
      </w:r>
    </w:p>
    <w:p>
      <w:r>
        <w:t>Spisová značka: 5S/161/2017</w:t>
      </w:r>
    </w:p>
    <w:p>
      <w:r>
        <w:t>ECLI: ECLI:SK:KSBA:2017:1017201376.1</w:t>
      </w:r>
    </w:p>
    <w:p>
      <w:r>
        <w:t>Dátum vydania: 5. 11. 2017</w:t>
      </w:r>
    </w:p>
    <w:p>
      <w:r>
        <w:t>Forma: Uznesenie</w:t>
      </w:r>
    </w:p>
    <w:p>
      <w:pPr>
        <w:pStyle w:val="Heading2"/>
      </w:pPr>
      <w:r>
        <w:t>Text rozhodnutia</w:t>
      </w:r>
    </w:p>
    <w:p>
      <w:r>
        <w:t>Súd: Krajský súd Bratislava Spisová značka: 5S/161/2017 Identifikačné číslo súdneho spisu: 1017201376 Dátum vydania rozhodnutia: 06. 11. 2017 Meno a priezvisko sudcu, VSÚ: JUDr. Viera Šebestová ECLI: ECLI:SK:KSBA:2017:1017201376.1 Uznesenie Krajský súd v Bratislave v právnej veci žalobcu: TESCO STORE, a.s., so sídlom Kamenné nám. 1/A, 851 61 Bratislava, IČO: 31 321 828, proti žalovanému: Štátna veterinárna a potravinová správa Slovenskej republiky, Botanická 17, Bratislava, o preskúmanie zákonnosti rozhodnutia žalovaného č. 1843/2017 zo dňa 12.06.2017 a o návrhu žalobcu priznať žalobe odkladný účinok, takto r o z h o d o l : Krajský súd v Bratislave p r i z n á v a žalobe o preskúmanie zákonnosti rozhodnutia Štátnej veterinárnej a potravinovej správy č. 1843/2017 zo dňa 12.06.2017 odkladný účinok, do právoplatnosti rozhodnutia správneho súdu vo veci samej. o d ô v o d n e n i e : 1/ Žalobou doručenou Krajskému súdu v Bratislave dňa 14.08.2017 sa žalobca domáha preskúmania zákonnosti rozhodnutia žalovaného č. 1843/2017 zo dňa 12.06.2017 (ďalej len napadnuté rozhodnutie), ktorým bolo zamietnuté odvolanie žalobcu a bolo potvrdené rozhodnutie Regionálnej veterinárnej a potravinovej správy Bratislava - mesto č. 95/728/2017-162 zo dňa 07.04.2017 o uložení pokuty žalobcovi vo výške 1,000.000,- eur podľa § 28 ods. 4 písm. a) v spojení s § 28 ods. 8 zákona č. 152/1995 Z. z. o potravinách v znení neskorších predpisov za nedostatky zistené pri úradnej kontrole potravín dňa 16.05.2016 v prevádzkarni TESCO STORES SK, a.s., Hypermarket TESCO Podunajské Biskupice, Dudvážska 5573/1, 821 07 Bratislava. 2/ Žalobca požiadal podaním zo dňa 14.08.2017 správny súd o odklad vykonateľnosti napadnutého rozhodnutia v zmysle § 185 S.s.p. z dôvodu, že jeho okamžitým výkonom mu hrozí závažná ujma spočívajúca v povinnosti zaplatiť mimoriadne vysokú pokutu 1,000.000,- eur. Podľa žalobcu existuje dôvodná obava, že v prípade okamžitého výkonu napadnutého rozhodnutia by mohol byť ohrozený riadny chod obchodnej jednotky žalobcu. Výšku pokuty uloženej napadnutým rozhodnutím považuje žalobca za totálny a radikálny zásah do majetkových pomerov podniku žalobcu s nutnosťou skončiť pracovné pomery s jednotlivými zamestnancami dotknutého obchodu.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Priznaním odkladného účinku na základe rozhodnutia správneho súdu podľa § 185 S.s.p. sa pozastavujú účinky napadnutého rozhodnutia a takéto rozhodnutie nemôže byť podkladom na vydanie naň nadväzujúcich rozhodnutí alebo opatrení orgánov verejnej správy. 5/ Správny súd považoval dôvody uvedené v žiadosti žalobcu o priznanie odkladného účinku žalobe za opodstatnené, nakoľko okamžitým výkonom napadnutého rozhodnutia mu hrozí závažná majetková ujma spočívajúca v povinnosti zaplatiť pokutu vo výške 1,000.000,- eur, ktorá je vo svojej podstate likvidačná. 6/ Vzhľadom na vyššie uvedené skutočnosti postupoval správny súd v súlade s § 185 písm. a) S.s.p. a rozhodol o žiadosti žalobcu spôsobom uvedeným vo výroku tohto uznesenia. 7/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https://www.kauzis.sk/judikatura/r/ECLI:SK:KSBA:2017:1017201376.1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