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5S/161/2017 z 12. 11. 2017</w:t>
      </w:r>
    </w:p>
    <w:p>
      <w:r>
        <w:t>Uznesenie Krajského súdu Bratislava z 12. novembra 2017, sp. zn. 5S/161/2017, ECLI:SK:KSBA:2017:1017201376.2</w:t>
      </w:r>
    </w:p>
    <w:p>
      <w:r>
        <w:t>Súd: Krajský súd Bratislava</w:t>
      </w:r>
    </w:p>
    <w:p>
      <w:r>
        <w:t>Spisová značka: 5S/161/2017</w:t>
      </w:r>
    </w:p>
    <w:p>
      <w:r>
        <w:t>ECLI: ECLI:SK:KSBA:2017:1017201376.2</w:t>
      </w:r>
    </w:p>
    <w:p>
      <w:r>
        <w:t>Dátum vydania: 12. 11.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5S/161/2017 Identifikačné číslo súdneho spisu: 1017201376 Dátum vydania rozhodnutia: 13. 11. 2017 Meno a priezvisko sudcu, VSÚ: JUDr. Viera Šebestová ECLI: ECLI:SK:KSBA:2017:1017201376.2 Uznesenie Krajský súd v Bratislave v právnej veci žalobcu: TESCO STORES SR, a.s., so sídlom: Kamenné nám. 1/A, 815 61 Bratislava, IČO: 31 321 828 , proti žalovanému: Štátna veterinárna a potravinová správa Slovenskej republiky, Botanická 17, Bratislava, o preskúmanie zákonnosti rozhodnutia č.k. 1843/2017 zo dňa 12.06.2017, o návrhu na prerušenie konania takto r o z h o d o l : Krajský súd v Bratislave p r e r u š u j e konanie sp. zn. 5S/161/2017 do právoplatného skončenia konania na Ústavnom súde Slovenskej republiky o návrhu Krajského súdu v Bratislave podľa čl. 125 ods. 1 písm. a) a čl. 130 ods. 1 písm. d) Ústavy Slovenskej republiky na konanie o súlade ustanovenia § 28 ods. 8 zákona č. 152/1995 Z.z. o potravinách v znení neskorších predpisov s čl. 1 ods. 1, čl. 20 ods. 1 a ods. 4, čl. 35 ods. 1 v spojení s čl. 13 ods. 4 Ústavy Slovenskej republiky, ako aj s čl. 1 Dodatkového protokolu k Dohovoru o ochrane ľudských práv a základných slobôd. o d ô v o d n e n i e : 1/ Predmetom konania vedeného na Krajskom súde v Bratislave je preskúmanie zákonnosti napadnutého rozhodnutia žalovaného, ktorý rozhodnutím zo dňa 12.06.2017 č. k.: 1843/2017 zamietol odvolanie účastníka konania a potvrdil rozhodnutie Regionálnej veterinárnej a potravinovej správy Bratislava - mesto č.j.: 95/728/2017-162 zo dňa 07.04.2017 o uložení úhrnnej pokuty vo výške 1,000.000,- eur. (slovom jeden milión eur). 2/ Regionálna veterinárna a potravinová správa Bratislava - mesto vo výrokovej časti rozhodnutia č. j. 95/728/20147-162 zo dňa 07.04.2017 konštatovala, že účastník konania TESCO STORES SR, a.s. Bratislava za prevádzkareň: Hypermarket TESCO Podunajské Biskupice, Dudvážska 5573/1, 821 07 Bratislava 2 porušil povinnosť prevádzkovateľa dodržiavať požiadavky upravené zákonom o potravinách a osobitnými predpismi na všetkých stupňoch výroby, spracovania a distribúcie, vrátane predaja na diaľku podľa § 4 ods. 1 zákona NR SR č. 152/1995 Z.z. o potravinách v znení účinnom do 31.12.2016 (ďalej len „zákon o potravinách“), a to tým, že: porušil zákaz umiestňovať na trh potraviny po uplynutom dátume spotreby podľa § 6 ods. 5 písm. d/ a podľa § 12 ods. 1 písm. h/ zákona o potravinách a zákaz umiestňovať na trh potravinu inú ako bezpečnú podľa článku 14 ods. 2 písm. a/ a písm. b/ Nariadenia (ES) č. 178/2002 Európskeho parlamentu a Rady z 28. januára 2002, ktorým sa uplatňujú všeobecné zásady a požiadavky potravinového práva, zriaďuje Európsky úrad pre bezpečnosť potravín a stanovujú postupy v záležitostiach bezpečnosti potravín (ďalej len „Nariadenie (ES) č. 178/2002“) v nadväznosti na článok 24 ods. 1 Nariadenia Európskeho parlamentu a Rady (EÚ) č. 1169/2011 z 25. októbra 2011 o poskytovaní informácií o potravinách spotrebiteľom, ktorým sa menia a dopĺňajú nariadenia Európskeho parlamentu a Rady (ES) č. 1924/2006 a (ES) č. 1925/2006 a ktorým sa zrušuje smernica Komisie 87/250/EHS, smernica Rady 90/496/EHS, smernica Komisie 1999/10/ES a nariadenie Komisie (ES) č. 608/2004 (ďalej len „Nariadenie (EÚ) č. 1169/2011“) a to tým, že dňa 16.05.2016 v čase od 11.15 hod. do času jej stiahnutia z predaja v prevádzkarni Hypermarket TESCO Podunajské Biskupice, Dudvážska 5573/1, 821 07 Bratislava 2 umiestňoval na trh výrobok po dátume spotreby - „FERM -Trenčianske - Pekárenské droždie á 42 g, čísla šarže: 5IV090516 a 6IV090516, spotrebujte do 09.05.2016, Skladujte pri teplotách od 2°C do 8°C, Chrániť pred priamym slnečným žiarením, distribútor: OLD HEROLD HEFE s.r.o., Bratislavská 36, 911 05 Trenčín, Slovenská republika, Vyrobené v EÚ, v celkovom množstve tovaru po dátume spotreby 47 ks balení po 42 g t. j. 974 kg, cena 1 ks 42 g balenia 0,11 Eur.“ Uvedeným konaním účastník konania naplnil všetky znaky skutkovej podstaty iného správneho deliktu podľa § 28 ods. 4 písm. a/ a písm. i/ spáchaných v jednočinnom súbehu. Prevádzkovateľovi bola rozhodnutím odvolacieho orgánu Štátnej veterinárnej a potravinovej správy Slovenskej republiky č.k.: 1119/2016 zo dňa 28.04.2016, ktoré nadobudlo právoplatnosť dňa 03.05.2016 uložená úhrnná pokuta vo výške 2 000 Eur podľa § 28 ods. 4 písm. a/ v spojení s § 28 ods. 7 zákona o potravinách za umiestňovanie na trh potravín nevhodných na ľudskú spotrebu. Umiestňovanie na trh potravín po dátume spotreby je zároveň správnym deliktom podľa § 28 ods. 4 písm. a/ zákona o potravinách. Do jedného roka odo dňa nadobudnutia právoplatnosti tohto rozhodnutia o uložení pokuty došlo k opakovanému porušeniu povinnosti, za ktoré bola uložená pokuta podľa ods. 7, čím sú splnené podmienky pre aplikáciu § 28 ods. 8 zákona o potravinách. Uvedeným konaním účastník konania naplnil všetky znaky skutkovej podstaty iného správneho deliktu podľa § 28 ods. 4 písm. a/ v spojení s § 28 ods. 8 zákona o potravinách. Za to sa mu podľa § 28 ods. 4 písm. a/ v spojení s § 28 ods. 8 zákona o potravinách ukladá pokuta vo výške 1 000 000 eur, slovom: jeden milión eur. 3/ Dňa 12.06.2017 č.k.: 1843/2017 žalovaný rozhodnutie Regionálnej veterinárnej a potravinovej správy Bratislava - mesto č.j.: 95/728/2017-162 zo dňa 07.04.2017 mení takto: Účastník konania TESCO STORES SR, a.s., Kamenné námestie 1/A, 851 61 Bratislava, IČO: 31 321 828, prevádzkareň TESCO STORES SR, a.s., Hypermarket TESCO Podunajské Biskupice, porušil povinnosť prevádzkovateľa potravinárskeho podniku na všetkých stupňoch výroby, spracovania a distribúcie, vrátane predaja na diaľku dodržiavať požiadavky upravené týmto zákonom a osobitnými predpismi podľa § 4 ods. 1 zákona NR SR č. 152/1995 Z.z. o potravinách v znení účinnom do 31.12.2016 (ďalej len „zákon o potravinách“) s poukázaním na zákaz umiestňovať na trh potraviny po uplynutom dátume spotreby podľa § 6 ods. 5 písm. d/ a podľa § 12 ods. 1 písm. h/ zákona o potravinách a zákaz umiestňovať na trh potraviny iné ako bezpečné podľa § 6 ods. 5 písm. a/ zákona o potravinách a čl. 14 ods. 2 písm. a/ a písm. b/ Nariadenia (ES) č. 178/2002, ktorým sa ustanovujú všeobecné zásady a požiadavky potravinového práva, zriaďuje Európsky úrad pre bezpečnosť potravín a stanovujú postupy v záležitostiach bezpečnosti potravín (ďalej len „Nariadenie (ES) č. 178/2002“) a to tým, že dňa 16.05.2016 v čase výkonu úradnej kontroly potravín od 11.15 hod. do času jej stiahnutia z trhu v predmetnej prevádzkarni umiestňoval na trh potravinu FERM Trenčianske Pekárenské droždie 42 g, čísla šarže: 5IV090516 a 6IV090516, spotrebujte do 09.05.2016, distribútor: OLD HEROLD HEFE s.r.o., Bratislavská 36, 911 05 Trenčín, Slovenská republika, Vyrobené v EÚ, v celkovom množstve 47 ks balení / 1,974 kg po uplynutí dátumu spotreby, ktorá sa podľa článok 24 ods. 1 druhá veta Nariadenia Európskeho parlamentu a Rady (EÚ) č. 1169/2011 z 25. októbra 2011 o poskytovaní informácií o potravinách spotrebiteľom, ktorým sa zrušuje Smernica Komisie 87/250/EHA, Smernica Rady 90/496/ EHS, Smernica Komisie 1999/10/ES, Smernica Európskeho parlamentu a Rady 2000/13/ES, Smernica Komisie 2002/67/ES a 2008/5/ES a nariadenie Komisie (ES) č. 608/2004 (ďalej len „Nariadenie (EÚ) č. 1169/2011“) považuje za potravinu nebezpečnú v súlade s cl. 14 ods. 2 až 5 Nariadenia (ES) č. 178/2002). Uvedeným konaním naplnil všetky znaky skutkovej podstaty iných správnych deliktov podľa § 28 ods. 4 písm. a/ a písm. i. zákona o potravinách, spáchaných v jednočinnom súbehu. Vzhľadom k tomu, že rozhodnutím Štátnej veterinárnej a potravinovej správy SR č.k.: 1119/2016 zo dňa 28.04.2016, ktorým bolo zmenené rozhodnutie Regionálnej veterinárnej a potravinovej správy Bratislava-mesto č.k.: 46/341/2016-163 zo dňa 15.02.2016 a ktoré nadobudlo právoplatnosť dňa 03.05.2016, bola účastníkovi konania podľa § 28 ods. 4 písm. a/ v spojení s § 28 ods. 7 zákona o potravinách uložená pokuta vo výške 2000 eur za opakované umiestňovanie na trh potravín nie bezpečných, nevhodných na ľudskú spotrebu, čo bolo zistené počas úradnej kontroly potravín vykonanej dňa 29.01.2015 v tej istej prevádzkarni, správny orgán konštatuje, že do jedného roka odo dňa nadobudnutia právoplatnosti rozhodnutia o uložení pokuty došlo k opätovnému porušeniu povinnosti, za ktoré bola uložená pokuta podľa § 28 ods. 7, čím sú splnené podmienky pre uplatnenie zvýšenej sadzby podľa § 28 ods. 8 zákona o potravinách. Za to mu podľa § 28 ods. 4 písm. a/ v spojení s § 28 ods. 8 zákona o potravinách ukladá pokuta vo výške 1 000 000 eur ( slovom: jeden milión eur). Uloženú pokutu je účastník konania povinný zaplatiť do 15 dní odo dňa nadobudnutia právoplatnosti tohto rozhodnutia na príjmový účet regionálnej veterinárnej a potravinovej správy Bratislava-mesto, vedený Štátnou pokladnicou, číslo účtu SK29 8180 0000 0070 0007 6824, BIC: SPSRSKBA, variabilný symbol 2017 95, konštantný symbol 0308. 4/ Žalobca zároveň s podanou žalobou navrhol správnemu súdu, aby konanie prerušil a podal návrh v zmysle čl. 267 Zmluvy o fungovaní EÚ Súdnemu dvoru EÚ. 5/ Dňa 27.02.2017 Krajský súd v Bratislave podal na Ústavný súd SR (evidenčné číslo spisu: 425/2017) návrh na začatie konania podľa čl. 125 ods. 1 písm. a) a čl. 130 ods. 1 písm. d) Ústavy Slovenskej republiky na konanie o súlade ustanovenia § 28 ods. 8 zákona o potravinách s čl. 1 ods. 1, čl. 20 ods. 1 a ods. 4, čl. 35 ods. 1 v spojení s čl. 13 ods. 4 Ústavy Slovenskej republiky, ako aj s čl. 1 Dodatkového protokolu k Dohovoru o ochrane ľudských práv a základných slobôd. 9/ Podľa § 100 ods. 2 písm. a/ SSP ak správny súd neurobí iné vhodné opatrenie, môže konanie uznesením prerušiť, ak prebieha súdne konanie alebo administratívne konanie, v ktorom sa rieši otázka, ktorá môže mať význam na rozhodnutie správneho súdu, alebo ak správny súd dal na takéto konanie podnet. 10/ Podľa § 100 ods. 3 SSP ak je konanie prerušené, nevykonávajú sa procesné úkony a neplynú lehoty podľa tohto zákona. Len čo odpadne prekážka, pre ktorú sa konanie prerušilo, alebo uplynul čas, na ktorý sa konanie prerušilo, predseda senátu aj bez návrhu uznesením rozhodne o pokračovaní v konaní. Ak sa v konaní pokračuje, začínajú lehoty plynúť znova. 11/ Na Ústavnom súde SR prebieha konanie o súlade právnych predpisov podľa čl. 125 ods. 1 písm. a) Ústavy SR o súlade § 28 ods. 8 zákona o potravinách s čl. 1 ods. 1, čl. 20 ods. 1 a ods. 4, čl. 35 ods. 1 v spojení s čl. 13 ods. 4 Ústavy Slovenskej republiky, ako aj s čl. 1 Dodatkového protokolu k Dohovoru o ochrane ľudských práv a základných slobôd. Vyriešenie otázky súladu predmetného ustanovenia Zákona o potravinách s označenými právnymi predpismi má zásadný význam pre rozhodnutie správneho súdu, preto konanie prerušil. Poučenie: Proti tomuto uzneseniu kasačná sťažnosť nie je prípustná.</w:t>
      </w:r>
    </w:p>
    <w:p/>
    <w:p>
      <w:r>
        <w:t>Zdroj: KAUZIS.SK – https://www.kauzis.sk/judikatura/r/ECLI:SK:KSBA:2017:1017201376.2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