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2S/197/2017 z 5. 12. 2017</w:t>
      </w:r>
    </w:p>
    <w:p>
      <w:r>
        <w:t>Uznesenie Krajského súdu Bratislava z 5. decembra 2017, sp. zn. 2S/197/2017, ECLI:SK:KSBA:2017:1017201415.1</w:t>
      </w:r>
    </w:p>
    <w:p>
      <w:r>
        <w:t>Súd: Krajský súd Bratislava</w:t>
      </w:r>
    </w:p>
    <w:p>
      <w:r>
        <w:t>Spisová značka: 2S/197/2017</w:t>
      </w:r>
    </w:p>
    <w:p>
      <w:r>
        <w:t>ECLI: ECLI:SK:KSBA:2017:1017201415.1</w:t>
      </w:r>
    </w:p>
    <w:p>
      <w:r>
        <w:t>Dátum vydania: 5. 12. 2017</w:t>
      </w:r>
    </w:p>
    <w:p>
      <w:r>
        <w:t>Forma: Uznesenie</w:t>
      </w:r>
    </w:p>
    <w:p>
      <w:pPr>
        <w:pStyle w:val="Heading2"/>
      </w:pPr>
      <w:r>
        <w:t>Text rozhodnutia</w:t>
      </w:r>
    </w:p>
    <w:p>
      <w:r>
        <w:t>Súd: Krajský súd Bratislava Spisová značka: 2S/197/2017 Identifikačné číslo súdneho spisu: 1017201415 Dátum vydania rozhodnutia: 06. 12. 2017 Meno a priezvisko sudcu, VSÚ: JUDr. Vlastimil Pavlikovský ECLI: ECLI:SK:KSBA:2017:1017201415.1 Uznesenie Krajský súd v Bratislave v právnej veci žalobcu: F. F., nar. XX.XX.XXXX, bytom Ľ. U. XXXX/X, XXX XX N., zastúpeného: JUDr. Petrom Vachanom, advokátom, AK Pavla Mudroňa 1191/5, 010 01 Žilina, proti žalovanému: Okresný úrad Bratislava, Tomášikova č. 46, Bratislava, v konaní o preskúmanie zákonnosti rozhodnutia žalovaného zo dňa 23.06.2017, č. OU-BA-00P3-2017/063816-NMT a rozhodnutia zo dňa 06.03.2017, č. OU-BA-OSZP3-2017/11859-15/POS, jednohlasne, takto r o z h o d o l : Krajský súd v Bratislave konanie z a s t a v u j e . Žiaden z účastníkov n e m á právo na náhradu trov konania. o d ô v o d n e n i e : 1.Žalobou doručenou Krajskému súdu v Bratislave dňa 23.08.2017 žalobca domáhal preskúmania zákonnosti rozhodnutia žalovaného zo dňa 23.06.2017, č. OU-BA-00P3-2017/063816-NMT a rozhodnutia zo dňa 06.03.2017, č. OU-BA-OSZP3-2017/11859-15/POS 2. Podaním doručeným krajskému súdu dňa 30.11.2017 zobral žalobca svoj návrh späť.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https://www.kauzis.sk/judikatura/r/ECLI:SK:KSBA:2017:1017201415.1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