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4Sa/83/2017 z 12. 10. 2017</w:t>
      </w:r>
    </w:p>
    <w:p>
      <w:r>
        <w:t>Uznesenie Krajského súdu Bratislava z 12. októbra 2017, sp. zn. 4Sa/83/2017, ECLI:SK:KSBA:2017:1017201664.1</w:t>
      </w:r>
    </w:p>
    <w:p>
      <w:r>
        <w:t>Súd: Krajský súd Bratislava</w:t>
      </w:r>
    </w:p>
    <w:p>
      <w:r>
        <w:t>Spisová značka: 4Sa/83/2017</w:t>
      </w:r>
    </w:p>
    <w:p>
      <w:r>
        <w:t>ECLI: ECLI:SK:KSBA:2017:1017201664.1</w:t>
      </w:r>
    </w:p>
    <w:p>
      <w:r>
        <w:t>Dátum vydania: 12. 10. 2017</w:t>
      </w:r>
    </w:p>
    <w:p>
      <w:r>
        <w:t>Forma: Uznesenie</w:t>
      </w:r>
    </w:p>
    <w:p>
      <w:pPr>
        <w:pStyle w:val="Heading2"/>
      </w:pPr>
      <w:r>
        <w:t>Text rozhodnutia</w:t>
      </w:r>
    </w:p>
    <w:p>
      <w:r>
        <w:t>Súd: Krajský súd Bratislava Spisová značka: 4Sa/83/2017 Identifikačné číslo súdneho spisu: 1017201664 Dátum vydania rozhodnutia: 13. 10. 2017 Meno a priezvisko sudcu, VSÚ: JUDr. Ľubomír Šramko ECLI: ECLI:SK:KSBA:2017:1017201664.1 Uznesenie Krajský súd v Bratislave v právnej veci žalobcu: S. A., trvale bytom R. XX, K., proti žalovanému: Generálne riaditeľstvo Zboru väzenskej a Justičnej správy Slovenskej republiky so sídlom Chorvátska 3, Bratislava v konaní o správnej žalobe žalobcu v sociálnych veciach zo dňa 2.10.2017 voči rozhodnutiu žalovaného Číslo: GR ZVJS-11701/30/-200 zo dňa 13.6.2000 takto r o z h o d o l : Krajský súd v Bratislave p o s t u p u j e vec miestne príslušnému Krajskému súdu v Žiline. o d ô v o d n e n i e : 1. Dňa 5.10.2017 bola Krajskému súdu v Bratislave ako správnemu súdu (ďalej len „súd“) doručená správna žaloba žalobcu v sociálnych veciach (ďalej len „žaloba“) voči rozhodnutiu žalovaného GR ZVJS-11701/30/-200 zo dňa 13.6.2000, ktorým žalovaný rozhodol o starobnom dôchodku žalobcu od 13.3.2000 vo výške spolu 7 154.- Sk. Z obsahu žaloby, ako aj z pripojenej kópie napadnutého rozhodnutia je zrejmé, že žalobca má trvalé bydlisko na adrese: R. XX, K.. Podľa § 6 ods. 2 písm. c) zákona č. 162/2015 Z.z. Správny súdny poriadok (ďalej len „SSP“): Správne súdy rozhodujú v konaniach o správnych žalobách v sociálnych veciach. Podľa ust. § 9 ods. 1 SSP: Konanie sa uskutočňuje na tom správnom súde, ktorý je vecne, miestne a kauzálne príslušný. Príslušnosť sa určuje podľa okolností existujúcich v čase začatia konania a trvá až do jeho skončenia. Podľa ust. § 10 SSP: Na konanie a rozhodovanie v správnom súdnictve sú vecne príslušné krajské súdy, ak tento zákon neustanovuje inak. Podľa ust. § 13 ods. 2 SSP: V konaní o správnej žalobe proti rozhodnutiam o poskytovaní právnej pomoci podľa osobitného predpisu, v konaniach podľa § 6 ods. 2 písm. c) a d) a na konanie o vykonateľnosti rozhodnutí cudzích orgánov verejnej správy je miestne príslušný krajský súd, v ktorého obvode má žalobca adresu trvalého pobytu, miesto podnikania alebo sídlo; ak takého súdu niet a žalobcom je fyzická osoba, je miestne príslušný krajský súd, v ktorého obvode sa fyzická osoba zdržuje. Podľa § 199 ods. 1 písm. h) SSP: Sociálnymi vecami sa na účely tohto zákona rozumie rozhodovanie príslušného útvaru sociálneho zabezpečenia. Podľa § 3 ods. 6 písm. d) zák. č. 371/2004 Z.z. o sídlach a obvodoch súdov Slovenskej republiky a o zmene zákona č. 99/1963 Zb. Občiansky súdny poriadok v znení neskorších predpisov (v znení zákonov č. 428/2004 Z.z. a č. 757/2004 Z.z.): Sídlom Krajského súdu v Žiline je mesto Žilina; jeho obvod tvoria obvody týchto súdov: Okresného súdu Martin. Podľa ust. § 18 ods. 2 SSP: Ak správny súd zistí, že nie je vecne, miestne alebo kauzálne príslušný, postúpi vec uznesením príslušnému správnemu súdu. Nižší správny súd je postúpením veci vyšším správnym súdom viazaný. 2. Po doručení predmetnej žaloby súd skúmal svoju miestnu príslušnosť na konanie. Z obsahu žaloby je zrejmé, že ide o žalobu v sociálnych veciach. Žalobca má trvalé bydlisko na adrese: R. XX, K.. Mesto Martin sa nachádza v služobnom obvode Okresného súdu Martin, ktorý je v obvode Krajského súdu v Žiline. S poukazom na vyššie citované zákonné ustanovenia súd dospel k presvedčeniu, že na konanie o tejto žalobe je miestne príslušný Krajský súd v Žiline. Preto súd rozhodol tak, ako to je uvedené vo výrokovej časti tohto uznesenia. 3. Po právoplatnosti tohto uznesenia bude spis zaslaný miestne príslušnému Krajskému súdu v Žiline na ďalšie konanie. Poučenie: Proti tomuto uzneseniu kasačná sťažnosť nie je prípustná.</w:t>
      </w:r>
    </w:p>
    <w:p/>
    <w:p>
      <w:r>
        <w:t>Zdroj: KAUZIS.SK – https://www.kauzis.sk/judikatura/r/ECLI:SK:KSBA:2017:1017201664.1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