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5S/198/2017 z 4. 12. 2017</w:t>
      </w:r>
    </w:p>
    <w:p>
      <w:r>
        <w:t>Uznesenie Krajského súdu Bratislava z 4. decembra 2017, sp. zn. 5S/198/2017, ECLI:SK:KSBA:2017:1017201669.2</w:t>
      </w:r>
    </w:p>
    <w:p>
      <w:r>
        <w:t>Súd: Krajský súd Bratislava</w:t>
      </w:r>
    </w:p>
    <w:p>
      <w:r>
        <w:t>Spisová značka: 5S/198/2017</w:t>
      </w:r>
    </w:p>
    <w:p>
      <w:r>
        <w:t>ECLI: ECLI:SK:KSBA:2017:1017201669.2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5S/198/2017 Identifikačné číslo súdneho spisu: 1017201669 Dátum vydania rozhodnutia: 05. 12. 2017 Meno a priezvisko sudcu, VSÚ: JUDr. Viera Šebestová ECLI: ECLI:SK:KSBA:2017:1017201669.2 Uznesenie Krajský súd v Bratislave v právnej veci žalobcu: Štefan G., nar. XX.XX.XXXX, Y. XXX/XX, XXX XX J., zastúpený: JUDr. Igor Kovačik, advokát, Panenská 7, 811 03 Bratislava, proti žalovanému: Okresný úrad Bratislava, Odbor výstavby a bytovej politiky, Tomášikova 46, 832 05 Bratislava, o preskúmanie zákonnosti rozhodnutia žalovaného č. OU-BA-OVBP2-2017/4326/GRJ zo dňa 02.08.2017, takto r o z h o d o l : Správny súd konanie z a s t a v u j e. Žiaden z účastníkov nemá právo na náhradu trov konania. o d ô v o d n e n i e : 1. Správnou žalobou doručenou tunajšiemu správnemu súdu elektronickými prostriedkami dňa 06.10.2017 sa žalobca domáhal preskúmania zákonnosti rozhodnutia žalovaného č. OU-BA- OVBP2-2017/4326/GRJ zo dňa 02.08.2017, ktorým žalovaný zastavil vyvlastňovacie konanie z dôvodu späťvzatia návrhu na vyvlastnenie zo strany navrhovateľa - spoločnosti Národná diaľničná spoločnosť, a.s., so sídlom Dúbravská cesta 14, 841 04 Bratislava, IČO: 35 919 001. Žalobca si pred zastavením vyvlastňovacieho konania riadne uplatnil náhradu trov vyvlastňovacieho konania, písomným podaním zo dňa 16.06.2017, v ktorom všetky trovy vyvlastňovacieho konania riadne preukázal a vyčíslil. Žalovaný žalobcovi trovy konania nepriznal, pričom v napadnutom rozhodnutí sa o náhrade trov konania ani nezmienil. Žalobca podal proti napadnutému rozhodnutiu podnet na preskúmanie jeho zákonnosti na Krajskú prokuratúru v Bratislave a podnet na preskúmanie rozhodnutia mimo odvolacieho konania žalovanému. Žalobca žiadal napadnuté rozhodnutie žalovaného zrušiť a vec mu vrátiť na ďalšie konanie. 2. Písomným podaním doručeným správnemu súdu dňa 05.12.2017 žalobca zobral podanú správnu žalobu späť v celom rozsahu z dôvodu, že Ministerstvo dopravy a výstavby Slovenskej republiky v rámci konania o preskúmaní napadnutého rozhodnutia mimo odvolacieho konania iniciovaného žalobcom rozhodlo o zrušení napadnutého rozhodnutia z dôvodu jeho nezákonnosti. Vzhľadom na uvedené žalobca navrhol, aby správny súd predmetné súdne konanie zastavil, žiadnemu účastníkovi nepriznal právo na náhradu trov konania a zároveň aby rozhodol o vrátení zaplatených súdnych poplatkov žalobcovi v príslušnej krátenej výške.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Nakoľko žalobca súdny poplatok za podanie správnej žaloby do dátumu vydania tohto rozhodnutia nezaplatil, správny súd nerozhodol o jeho vrátení v príslušnej krátenej výške v zmysle žiadosti žalobcu. Zároveň správny súd dodáva, že súdny poplatok za vyhotovenie rovnopisu správnej žaloby, ktorá bola urobená elektronickými prostriedkami podpísaná zaručeným elektronickým podpisom podľa osobitného zákona, vo výške 10,- eur, vyrubený podľa položky 20a sadzobníka súdnych poplatkov, sa v zmysle zákona o súdnych poplatkoch nevracia, keďže z dôvodu doručenia žaloby v elektronickej podobe musel súd vyhotoviť rovnopisy žaloby s prílohami do súdneho spisu a pre žalovaného.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