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5S/203/2017 z 4. 12. 2017</w:t>
      </w:r>
    </w:p>
    <w:p>
      <w:r>
        <w:t>Uznesenie Krajského súdu Bratislava z 4. decembra 2017, sp. zn. 5S/203/2017, ECLI:SK:KSBA:2017:1017201681.2</w:t>
      </w:r>
    </w:p>
    <w:p>
      <w:r>
        <w:t>Súd: Krajský súd Bratislava</w:t>
      </w:r>
    </w:p>
    <w:p>
      <w:r>
        <w:t>Spisová značka: 5S/203/2017</w:t>
      </w:r>
    </w:p>
    <w:p>
      <w:r>
        <w:t>ECLI: ECLI:SK:KSBA:2017:1017201681.2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5S/203/2017 Identifikačné číslo súdneho spisu: 1017201681 Dátum vydania rozhodnutia: 05. 12. 2017 Meno a priezvisko sudcu, VSÚ: JUDr. Viera Šebestová ECLI: ECLI:SK:KSBA:2017:1017201681.2 Uznesenie Krajský súd v Bratislave v právnej veci žalobcu: T. U., bytom T. XXXX/XX, XXXXX V., zastúpený: JUDr. Igor Kováčik, advokát, Panenská 7, 811 03 Bratislava, proti žalovanému: Okresný úrad Bratislava, Odbor výstavby a bytovej politiky, Tomášiková 46, 832 05 Bratislava, o preskúmanie zákonnosti rozhodnutia sp. zn. OU-BA-OVBP2-2017/4350/GRJ zo dňa 02.08.2017, takto r o z h o d o l : Krajský súd v Bratislave konanie z a s t a v u j e . Žiaden z účastníkov nemá právo na náhradu trov konania. o d ô v o d n e n i e : 1/ Žalobca sa žalobou doručenou súdu dňa 06.10.2017 zrušenia rozhodnutia žalovaného sp. zn. OU- BA-OVBP2-2017/4350/GRJ zo dňa 02.08.2017 a vec vrátil žalovanému na ďalšie konanie. 2/ Podaním doručeným správnemu súdu dňa 01.12.2017 zobral žalobca žalobu späť a navrhol konanie zastaviť z dôvodu, že Ministerstvo dopravy a výstavby SR v rámci konania o preskúmaní napadnutého rozhodnutia mimo odvolacieho konania iniciovaného žalobcom rozhodol napadnuté rozhodnutie zrušiť z dôvodu jeho nezákonnosti. 3/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4/ Podľa § 99 písm. a) SSP, správny súd konanie uznesením zastaví, ak žalobca vzal žalobu späť skôr, ako správny súd vo veci rozhodol. 5/ Nakoľko žalobca vzal späť žalobu pred rozhodnutím veci, správny súd v súlade s § 99 písm. a) SSP konanie zastavil. 6/ O náhrade trov konania správny súd rozhodol podľa § 170 písm. b) tak, že žiaden z účastníkov nemá právo na náhradu trov konania, nakoľko konanie bolo zastavené. 7/ Žalobca súdny poplatok neuhradil na účet správneho súdu. 8/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https://www.kauzis.sk/judikatura/r/ECLI:SK:KSBA:2017:1017201681.2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