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2S/245/2017 z 14. 12. 2017</w:t>
      </w:r>
    </w:p>
    <w:p>
      <w:r>
        <w:t>Uznesenie Krajského súdu Bratislava z 14. decembra 2017, sp. zn. 2S/245/2017, ECLI:SK:KSBA:2017:1017201689.1</w:t>
      </w:r>
    </w:p>
    <w:p>
      <w:r>
        <w:t>Súd: Krajský súd Bratislava</w:t>
      </w:r>
    </w:p>
    <w:p>
      <w:r>
        <w:t>Spisová značka: 2S/245/2017</w:t>
      </w:r>
    </w:p>
    <w:p>
      <w:r>
        <w:t>ECLI: ECLI:SK:KSBA:2017:1017201689.1</w:t>
      </w:r>
    </w:p>
    <w:p>
      <w:r>
        <w:t>Dátum vydania: 14.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2S/245/2017 Identifikačné číslo súdneho spisu: 1017201689 Dátum vydania rozhodnutia: 15. 12. 2017 Meno a priezvisko sudcu, VSÚ: JUDr. Vlastimil Pavlikovský ECLI: ECLI:SK:KSBA:2017:1017201689.1 Uznesenie Krajský súd v Bratislave v právnej veci žalobcu: Alžbeta S., nar. XX.XX.XXXX, bytom Na hrádzi XXX, XXX XX G.,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OU-BA-OVBP2-2017/4347/GRJ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OU-BA-OVBP2-2017/4347/GRJ zo dňa 02.08.2017. Za podanú správnu žalobu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https://www.kauzis.sk/judikatura/r/ECLI:SK:KSBA:2017:1017201689.1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