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8Sa/80/2017 z 28. 12. 2017</w:t>
      </w:r>
    </w:p>
    <w:p>
      <w:r>
        <w:t>Uznesenie Krajského súdu Bratislava z 28. decembra 2017, sp. zn. 8Sa/80/2017, ECLI:SK:KSBA:2017:1017201742.1</w:t>
      </w:r>
    </w:p>
    <w:p>
      <w:r>
        <w:t>Súd: Krajský súd Bratislava</w:t>
      </w:r>
    </w:p>
    <w:p>
      <w:r>
        <w:t>Spisová značka: 8Sa/80/2017</w:t>
      </w:r>
    </w:p>
    <w:p>
      <w:r>
        <w:t>ECLI: ECLI:SK:KSBA:2017:1017201742.1</w:t>
      </w:r>
    </w:p>
    <w:p>
      <w:r>
        <w:t>Dátum vydania: 28. 12.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8Sa/80/2017 Identifikačné číslo súdneho spisu: 1017201742 Dátum vydania rozhodnutia: 29. 12. 2017 Meno a priezvisko sudcu, VSÚ: JUDr. Blanka Malichová ECLI: ECLI:SK:KSBA:2017:1017201742.1 Uznesenie Krajský súd v Bratislave v právnej veci žalobcu: R.. T. G., nar. XX.XX.XXXX, bytom G. XX, XXX XX Z. zastúpeného: RR Legal Corp., s.r.o., Humenské nám. 4, 851 07 Bratislava, IČO: 46 789 634, proti žalovanému: Mestská časť Bratislava - Devín, Kremeľská 39, 841 10 Bratislava o žalobe proti nečinnosti orgánu verejnej správy, takto r o z h o d o l : Konanie zastavuje. Žiaden z účastníkov konania nemá právo na náhradu trov konania. o d ô v o d n e n i e : 1. Žalobou doručenou Krajskému súdu v Bratislave dňa 13.10.2017 sa žalobca domáhal vydania nasledovného rozhodnutia: žalovaný je ako príslušný stavebný úrad v spojenom územnom a stavebnom konaní vedenom na návrh žalobcu pre povolenie stavby „Rekreačná chata“ na pozemkoch parc. č. XXX a XXX v k.ú. X. povinný do 10 dní od právoplatnosti tohto uznesenia oznámiť začatie správneho konania dotknutým orgánom, všetkým známym účastníkom konania a nariadiť ústne pojednávanie spojené s miestnym zisťovaním podľa § 61 ods. 1 zákona č. 50/1976 Zb. o územnom plánovaní a stavebnom poriadku (stavebný zákon) v aktuálnom znení. Žalobca si súčasne uplatnil právo na náhradu trov konania v celom rozsahu. 2. Dňa 16.10.2017 doručil žalobca súdu späťvzatie žaloby a návrh na zastavenie konania z dôvodu uskutočnenia požadovaného procesného úkonu zo strany žalobcu, ktorý v zmysle ust. § 61 zákona č. 50/1976 Zb. o územnom plánovaní a stavebnom poriadku, oznámil účastníkom konania a dotknutým orgánom začatie spojeného územného a stavebného konania. O trovách konania navrhol rozhodnúť tak, že súd žiadnemu z účastníkov náhradu trov konania neprizná. 3. Podľa ust. § 63 S.s.p.,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4. Podľa ust. § 99 S.s.p. správny súd konanie uznesením zastaví, ak a/ žalobca vzal žalobu späť skôr, ako správny súd vo veci rozhodol a podľa pís. g/, ak odpadol dôvod na pokračovanie v konaní a nejde o prípady ustanovené v písmenách c/ a d/. 5. Podľa ust. § 242 ods.1 S.s.p. žalobca sa môže žalobou domáhať odstránenia nečinnosti orgánu verejnej správy v začatom administratívnom konaní. 6. Krajský súd v Bratislave, so zreteľom na dispozitívny úkon žalobcu, ktorým vzal žalobu späť z dôvodu vyhovenia jeho žiadosti žalovaným, ktorý vo veci vykonal požadovaný procesný úkon, keď v zmysle ust. § 61 zákona č. 50/1976 Zb. o územnom plánovaní a stavebnom poriadku, oznámil účastníkom konania a dotknutým orgánom začatie spojeného územného a stavebného konania, konanie vedené pod sp. zn. 8Sa 80/2017 podľa ust. § 90 pís. a/ S.s.p. zastavil. 7. O trovách konania súd rozhodol podľa ustanovenia § 170 písm. b/ S.s.p. tak, že žiaden z účastníkov konania nemá právo na náhradu trov konania, ak konanie bolo zastavené. Poučenie: Doručené uznesenie je právoplatné (§ 151 S.s.p.). Právoplatné rozhodnutie krajského súdu možno napadnúť kasačnou sťažnosťou (§ 438 ods. 1 S.s.p.), ktorá musí byť podaná v lehote tridsať dní od doručenia rozhodnutia, na Krajskom súde v Bratislave (§ 443 ods. 2 písm. a/ S. s. p.). V kasačnej sťažnosti sa musí okrem všeobecných náležitostí podania podľa § 57 uviesť označenie napadnutého rozhodnutia, údaj kedy napadnuté rozhodnutie bolo sťažovateľovi doručené, opísanie rozhodujúcich skutočností, aby bolo zrejmé, v akom rozsahu a z akých dôvodov podľa § 440 sa podáva a návrh výroku rozhodnutia. Sťažnostné body možno meniť len do uplynutia lehoty na podanie kasačnej sťažnosti (§ 445 ods. 1, 2 S. s. p.).</w:t>
      </w:r>
    </w:p>
    <w:p/>
    <w:p>
      <w:r>
        <w:t>Zdroj: KAUZIS.SK – https://www.kauzis.sk/judikatura/r/ECLI:SK:KSBA:2017:1017201742.1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