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1S/259/2017 z 1. 11. 2017</w:t>
      </w:r>
    </w:p>
    <w:p>
      <w:r>
        <w:t>Uznesenie Krajského súdu Bratislava z 1. novembra 2017, sp. zn. 1S/259/2017, ECLI:SK:KSBA:2017:1017201776.1</w:t>
      </w:r>
    </w:p>
    <w:p>
      <w:r>
        <w:t>Súd: Krajský súd Bratislava</w:t>
      </w:r>
    </w:p>
    <w:p>
      <w:r>
        <w:t>Spisová značka: 1S/259/2017</w:t>
      </w:r>
    </w:p>
    <w:p>
      <w:r>
        <w:t>ECLI: ECLI:SK:KSBA:2017:1017201776.1</w:t>
      </w:r>
    </w:p>
    <w:p>
      <w:r>
        <w:t>Dátum vydania: 1. 11.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1S/259/2017 Identifikačné číslo súdneho spisu: 1017201776 Dátum vydania rozhodnutia: 02. 11. 2017 Meno a priezvisko sudcu, VSÚ: JUDr. Anna Peťovská PhD. ECLI: ECLI:SK:KSBA:2017:1017201776.1 Uznesenie Krajský súd v Bratislave ako správny súd v právnej veci žalobcu: V. A., N.. XX.XX.XXXX, V.. T.. Š. XXX, A., proti žalovanému: Generálna prokuratúra Slovenskej republiky, Štúrova 2, Bratislava, v konaní o preskúmanie zákonnosti rozhodnutia žalovaného sp. zn. XV Gn 192/17/1000-7 zo dňa 21.09.2017, takto r o z h o d o l : Krajský súd v Bratislave p o s t u p u j e vec na konanie a rozhodnutie vecne a miestne príslušnému Krajskému súdu v Trenčíne. o d ô v o d n e n i e : 1. Žalobca sa správnou žalobou doručenou súdu dňa 23.10.2017 domáhal preskúmania rozhodnutia žalovaného sp. zn. XV Gn 192/17/1000-7 zo dňa 21.09.2017, ktorým žalovaný zamietol sťažnosť žalobcu proti uzneseniu Okresného riaditeľstva Policajného zboru v Trenčíne, Odboru kriminálnej polície, ČVS: ORP-669/1-VYS-TN-2017 zo dňa 10.08.2017, ktorým bolo odmietnuté trestné oznámenie žalobcu vo veci podozrenia zo spáchania trestného činu zneužívania právomoci verejného činiteľa podľa § 326 ods. 1 písm. a) Trestného zákona. 2. Podľa § 97 zákona č. 162/2015 Z. z. Správny súdny poriadok v znení neskorších predpisov (ďalej len „SSP“), ak tento zákon neustanovuje inak, správny súd kedykoľvek počas konania prihliada na to, či súd splnené podmienky, za ktorých môže správny súd konať a rozhodnúť (ďalej len „procesné podmienky“). 3. Podľa § 9 ods. 1 SSP, konanie sa uskutočňuje na tom správnom súde, ktorý je vecne, miestne a kauzálne príslušný. Príslušnosť sa určuje podľa okolností existujúcich v čase začatia konania a trvá až do jeho skončenia. 4. Podľa § 10 SSP, na konanie a rozhodovanie v správnom súdnictve sú vecne príslušné krajské súdy, ak tento zákon neustanovuje inak. 5. Podľa § 13 ods. 1 SSP, miestne príslušným je krajský súd, v ktorého obvode má sídlo orgán verejnej správy, ktorý rozhodol v prvom stupni, ak tento zákon neustanovuje inak. 6. Podľa § 18 ods. 2 SSP, ak správny súd zistí, že nie je vecne, miestne alebo kauzálne príslušný, postúpi vec uznesením príslušnému správnemu súdu. Nižší správny súd je postúpením veci vyšším správnym súdom viazaný. 7. Podľa § 18 ods. 5 SSP, právne účinky spojené s podaním žaloby alebo iného podania zostávajú pri postúpení veci zachované. 8. Po doručení správnej žaloby bolo povinnosťou konajúceho Krajského súdu v Bratislave skúmať, či sú v predmetnej veci splnené procesné podmienky. Medzi základné procesné podmienky patrí okrem iného miestna príslušnosť správneho súdu na konanie, pre ktorú je v zmysle § 13 ods. 1 SSP rozhodujúce, v obvode ktorého krajského súdu má sídlo orgán verejnej správy, ktorý rozhodoval v prvom stupni. V predmetnej veci súd zistil, že orgánom verejnej správy, ktorý v predmetnej veci konal ako prvostupňový orgán bolo Okresné riaditeľstvo Policajného zboru v Trenčíne, Odbor kriminálnej polície. 9. Z vyššie uvedeného vyplýva, že Krajský súd v Bratislave nie je miestne príslušným súdom na konanie a rozhodnutie vo veci preskúmania zákonnosti rozhodnutia žalovaného sp. zn. XV Gn 192/17/1000-7 zo dňa 21.09.2017. Preto správny súd rozhodol tak, ako je uvedené vo výrokovej časti tohto uznesenia a vec bude po právoplatnosti tohto uznesenia postúpená na konanie a rozhodnutie vecne a miestne príslušnému Krajskému súdu v Trenčíne. Poučenie: Proti tomuto uzneseniu nie je prípustná kasačná sťažnosť (§ 439 ods. 2 písm. d) SSP).</w:t>
      </w:r>
    </w:p>
    <w:p/>
    <w:p>
      <w:r>
        <w:t>Zdroj: KAUZIS.SK – https://www.kauzis.sk/judikatura/r/ECLI:SK:KSBA:2017:1017201776.1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