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4Sa/92/2017 z 20. 11. 2017</w:t>
      </w:r>
    </w:p>
    <w:p>
      <w:r>
        <w:t>Uznesenie Krajského súdu Bratislava z 20. novembra 2017, sp. zn. 4Sa/92/2017, ECLI:SK:KSBA:2017:1017201884.1</w:t>
      </w:r>
    </w:p>
    <w:p>
      <w:r>
        <w:t>Súd: Krajský súd Bratislava</w:t>
      </w:r>
    </w:p>
    <w:p>
      <w:r>
        <w:t>Spisová značka: 4Sa/92/2017</w:t>
      </w:r>
    </w:p>
    <w:p>
      <w:r>
        <w:t>ECLI: ECLI:SK:KSBA:2017:1017201884.1</w:t>
      </w:r>
    </w:p>
    <w:p>
      <w:r>
        <w:t>Dátum vydania: 20. 11. 2017</w:t>
      </w:r>
    </w:p>
    <w:p>
      <w:r>
        <w:t>Forma: Uznesenie</w:t>
      </w:r>
    </w:p>
    <w:p>
      <w:pPr>
        <w:pStyle w:val="Heading2"/>
      </w:pPr>
      <w:r>
        <w:t>Text rozhodnutia</w:t>
      </w:r>
    </w:p>
    <w:p>
      <w:r>
        <w:t>Súd: Krajský súd Bratislava Spisová značka: 4Sa/92/2017 Identifikačné číslo súdneho spisu: 1017201884 Dátum vydania rozhodnutia: 21. 11. 2017 Meno a priezvisko sudcu, VSÚ: JUDr. Ľubomír Šramko ECLI: ECLI:SK:KSBA:2017:1017201884.1 Uznesenie Krajský súd v Bratislave v právnej veci žalobcu.: P. P., podľa vlastného udania: narodený 1.1.1991, štátny príslušník Afganskej islamskej republiky, v zahraničí bytom Afganská islamská republika, bez dokladu totožnosti, na Slovensku naposledy s miestom pobytu v Útvare policajného zaistenia pre cudzincov Medveďov, zastúpeného: Centrum právnej pomoci so sídlom Námestie slobody 12, Bratislava proti žalovanému.: Oddelenie cudzineckej polície Policajného zboru Riaditeľstva hraničnej a cudzineckej polície Bratislava so sídlom Hrobákova 44, Bratislava v konaní o správnej žalobe vo veci zaistenia zo dňa 31.10.2017 voči rozhodnutiu žalovaného č.: PPZ-HCP-BA6-270-008/2017-AV zo dňa 15.10.2017 takto r o z h o d o l : Krajský súd v Bratislave konanie z a s t a v u j e . Žiaden z účastníkov konania nemá právo náhradu trov konania. o d ô v o d n e n i e : 1/ Dňa 9.11.2017 bola Krajskému súdu v Bratislave (ďalej len „súd“) prostredníctvom žalovaného doručená správna žaloba vo veci zaistenia z 31.10.2017, ktorou sa žalobca domáhal zrušenia napadnutého rozhodnutia žalovaného č.: PPZ-HCP-BA6-270-008/2017-AV zo dňa 15.10.2017 a svojho bezodkladného prepustenia zo zaistenia (ďalej len „žaloba“). 2/ Z administratívneho spisu žalobcu súd zistil, že žalobca bol rozhodnutím Útvaru policajného zaistenia pre cudzincov Medveďov č. PPZ-HCP-ME-146-017/2017 zo 6.11.2017 zo zaistenia prepustený 6.11.2017 o 17.15 hod. 3/ Dňa 16.11.2017 bolo súdu doručené späťvzatie podanej žaloby, datované 15.11.2017. Podľa § 99 ods. 1 písm. a) zák. č. 162/2015 Z.z. Správny súdny poriadok (ďalej len „SSP“) správny súd konanie uznesením zastaví, ak žalobca vzal žalobu späť skôr, ako správny súd vo veci rozhodol. 4/ Pretože správnemu súdu bolo účinne doručené späťvzatie podanej žaloby, konanie o nej zastavil. 5/ O trovách konania súd rozhodol s poukazom na § 170 písm. b) SSP.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https://www.kauzis.sk/judikatura/r/ECLI:SK:KSBA:2017:1017201884.1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