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8Sa/90/2017 z 28. 12. 2017</w:t>
      </w:r>
    </w:p>
    <w:p>
      <w:r>
        <w:t>Uznesenie Krajského súdu Bratislava z 28. decembra 2017, sp. zn. 8Sa/90/2017, ECLI:SK:KSBA:2017:1017201933.1</w:t>
      </w:r>
    </w:p>
    <w:p>
      <w:r>
        <w:t>Súd: Krajský súd Bratislava</w:t>
      </w:r>
    </w:p>
    <w:p>
      <w:r>
        <w:t>Spisová značka: 8Sa/90/2017</w:t>
      </w:r>
    </w:p>
    <w:p>
      <w:r>
        <w:t>ECLI: ECLI:SK:KSBA:2017:1017201933.1</w:t>
      </w:r>
    </w:p>
    <w:p>
      <w:r>
        <w:t>Dátum vydania: 28.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8Sa/90/2017 Identifikačné číslo súdneho spisu: 1017201933 Dátum vydania rozhodnutia: 29. 12. 2017 Meno a priezvisko sudcu, VSÚ: JUDr. Blanka Malichová ECLI: ECLI:SK:KSBA:2017:1017201933.1 Uznesenie Krajský súd v Bratislave v právnej veci žalobcu: MANIOM, s.r.o., so sídlom Palárikova 76, Čadca, IČO: 46 889 124, právne zastúpeného: V4 Legal, s.r.o., so sídlom Tvrdého 4, Žilina, proti žalovanej: Sociálna poisťovňa, ústredie, so sídlom ul. 29. augusta č. 8 a 10, Bratislava, v konaní o správnej žalobe v sociálnych veciach podanej proti rozhodnutiu žalovanej č. k. 26284-3/2017-BA zo dňa 12.09.2017, takto r o z h o d o l : Krajský súd v Bratislave p o s t u p u j e vec miestne príslušnému Krajskému súdu v Žiline. o d ô v o d n e n i e : 1. Dňa 21.11.2017 bol Krajskému súdu v Bratislave (ďalej iba „správny súd“) doručený návrh na preskúmanie rozhodnutia žalovanej č. k.: 26284-3/2017-BA zo dňa 12.09.2017, ktorým žalovaná v celom rozsahu zamietla odvolanie zamestnanca žalobcu: F. X. republika a potvrdila prvostupňové rozhodnutie Sociálnej poisťovne, pobočka Čadca č.: 47575-1/2016-CA zo dňa 27.10.2016, ktorým uvedený orgán verejnej správy rozhodol, že vyššie menovanému zamestnancovi nevzniklo podľa slovenskej legislatívy povinné nemocenské poistenie, povinné dôchodkové poistenie a povinné poistenie v nezamestnanosti ako zamestnancovi žalobcu od 01.04.2016 do 30.06.2016. 2. Podľa ustanovenia § 6 ods. 1 zákona č. 162/2015 Z. z. Správny súdny poriadok (ďalej len „S.s.p.“)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ustanovenia § 6 ods. 2 písm. c/ S.s.p. správne súdy rozhodujú v konaniach o správnych žalobách v sociálnych veciach. 4. Podľa ustanovenia § 9 ods. 1 S.s.p. konanie sa uskutočňuje na tom správnom súde, ktorý je vecne, miestne a kauzálne príslušný. Príslušnosť sa určuje podľa okolností existujúcich v čase začatia konania a trvá až do jeho skončenia. 5. Podľa ust. § 10 S.s.p., na konanie a rozhodovanie v správnom súdnictve sú vecne príslušné krajské súdy, ak tento zákon neustanovuje inak. 6. Podľa ustanovenia § 13 ods. 3 S.s.p., v konaní o správnej žalobe proti rozhodnutiam o poskytovaní právnej pomoci podľa osobitného predpisu, v konaniach podľa § 6 ods. 2 písm. c/ a d &lt;https://www.slov- lex.sk/pravne-predpisy/SK/ZZ/2015/162/20170501&gt;/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6. Podľa ustanovenia § 18 ods. 2 prvá veta S.s.p. ak správny súd zistí, že nie je vecne, miestne alebo kauzálne príslušný, postúpi vec uznesením príslušnému správnemu súdu. 7. S poukazom na vyššie citované zákonné ustanovenia, vychádzajúc zo sídla žalobcu v meste Čadca, Krajský súd v Bratislave skúmal svoju miestnu príslušnosť na konanie. V zmysle ust. § 9 ods. 2 pís. f/ a § 10 zákona č. 221/1996 Z. z. o územnom a správnom usporiadaní SR a nariadenia vlády SR č. 258/1996 Z.z., ktorým sa vydáva zoznam obcí a vojenských obvodov tvoriacich jednotlivé okresy, je mesto Čadca zaradená v časti Prílohy pod okres Čadca, ktorý v zmysle ust. § 2 ods. 27 patrí do územnej pôsobnosti Okresného súdu Čadca a v zmysle § 3 ods. 5 zák.č. 371/2004 Z.z. o sídlach a obvodoch súdov SR spadá do územnej pôsobnosti Krajského súdu v Žiline. 8. Hypotéza ust. § 9 ods. 1 S.s.p. je podriadená zásade „perpetuatio fori,“ podľa ktorej sa príslušnosť súdu určuje podľa okolností existujúcich v čase začatia konania; takto určená príslušnosť trvá až do jeho skončenia. 9. S poukazom na uvedené, je na konanie vecne a miestne príslušným súdom, Krajský súd v Žiline, ktorému bude po právoplatnosti tohto uznesenia spis zaslaný na ďalšie konanie. Poučenie: Proti tomuto uzneseniu kasačná sťažnosť nie je prípustná ( § 439 ods. 2 písm. d/ S.s.p.).</w:t>
      </w:r>
    </w:p>
    <w:p/>
    <w:p>
      <w:r>
        <w:t>Zdroj: KAUZIS.SK – https://www.kauzis.sk/judikatura/r/ECLI:SK:KSBA:2017:1017201933.1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