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4Sa/108/2017 z 28. 12. 2017</w:t>
      </w:r>
    </w:p>
    <w:p>
      <w:r>
        <w:t>Uznesenie Krajského súdu Bratislava z 28. decembra 2017, sp. zn. 4Sa/108/2017, ECLI:SK:KSBA:2017:1017202129.1</w:t>
      </w:r>
    </w:p>
    <w:p>
      <w:r>
        <w:t>Súd: Krajský súd Bratislava</w:t>
      </w:r>
    </w:p>
    <w:p>
      <w:r>
        <w:t>Spisová značka: 4Sa/108/2017</w:t>
      </w:r>
    </w:p>
    <w:p>
      <w:r>
        <w:t>ECLI: ECLI:SK:KSBA:2017:1017202129.1</w:t>
      </w:r>
    </w:p>
    <w:p>
      <w:r>
        <w:t>Dátum vydania: 28. 12. 2017</w:t>
      </w:r>
    </w:p>
    <w:p>
      <w:r>
        <w:t>Forma: Uznesenie</w:t>
      </w:r>
    </w:p>
    <w:p>
      <w:pPr>
        <w:pStyle w:val="Heading2"/>
      </w:pPr>
      <w:r>
        <w:t>Text rozhodnutia</w:t>
      </w:r>
    </w:p>
    <w:p>
      <w:r>
        <w:t>Súd: Krajský súd Bratislava Spisová značka: 4Sa/108/2017 Identifikačné číslo súdneho spisu: 1017202129 Dátum vydania rozhodnutia: 29. 12. 2017 Meno a priezvisko sudcu, VSÚ: JUDr. Ľubomír Šramko ECLI: ECLI:SK:KSBA:2017:1017202129.1 Uznesenie Krajský súd v Bratislave v právnej veci žalobcu: W. Y., narodeného XX.X.XXXX, štátneho príslušníka B. islamskej republiky, bez dokladu totožnosti, aktuálne s miestom pobytu v Útvare policajného zaistenia pre cudzincov Medveďov, zastúpeného: Centrum právnej pomoci so sídlom Námestie slobody 12, Bratislava proti žalovanému: Oddelenie cudzineckej polície Policajného zboru Bratislava Riaditeľstva hraničnej a cudzineckej polície Bratislava so sídlom Hrobákova 44, Bratislava o správnej žalobe žalobcu vo veci zaistenia zo dňa 12.12.2017 proti rozhodnutiu žalovaného PPZ-HCP-BA6-206-027/2017-AV z 6.11.2017 takto r o z h o d o l : Krajský súd v Bratislave konanie z a s t a v u j e . Žiaden z účastníkov konania nemá právo náhradu trov konania. o d ô v o d n e n i e : 1. Dňa 21.12.2017 bola Krajskému súdu v Bratislave ako správnemu súdu (ďalej len „súd“) doručená žaloba vo veci zaistenia voči rozhodnutiu žalovaného PPZ-HCP-BA6-206-027/2017-AV z 6.11.2017. 2. Dňa 27.121.2017 bolo zástupcom žalobcu súdu doručené späťvzatie podanej žaloby, datované 22.12.2017. Podľa § 99 písm. a) zák. č. 162/2015 Z.z. Správny súdny poriadok (ďalej len „SSP“): Správny súd konanie uznesením zastaví, ak žalobca vzal žalobu späť skôr, ako správny súd vo veci rozhodol. 3. Pretože žalobca pred rozhodnutím súdu vo veci samej zobral žalobu späť, rozhodol súd tak, ako to je uvedené vo výroku tohto uznesenia. 4. O trovách konania súd rozhodol s poukazom na § 170 písm. b) SSP. Poučenie: Toto uznesenie nadobúda právoplatnosť uplynutím lehoty siedmich dní od jeho doručenia alebo podaním kasačnej sťažnosti v tej istej lehote proti tomuto uzneseniu. (§ 147 ods. 2, § 145 ods. 3 SSP) Prípadná kasačná sťažnosť musí byť podaná v lehote sedem dní od doručenia uznesenia a podáva sa na Krajskom súde v Bratislave v počte vyhotovení, zodpovedajúcom počtu účastníkov konania. (§ 443 SSP)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https://www.kauzis.sk/judikatura/r/ECLI:SK:KSBA:2017:1017202129.1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