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2Z39CB/391/1996 z 8. 5. 2017</w:t>
      </w:r>
    </w:p>
    <w:p>
      <w:r>
        <w:t>Rozsudok Krajského súdu Bratislava z 8. mája 2017, sp. zn. 2Z39CB/391/1996, ECLI:SK:KSBA:2017:1096898982.2</w:t>
      </w:r>
    </w:p>
    <w:p>
      <w:r>
        <w:t>Súd: Krajský súd Bratislava</w:t>
      </w:r>
    </w:p>
    <w:p>
      <w:r>
        <w:t>Spisová značka: 2Z39CB/391/1996</w:t>
      </w:r>
    </w:p>
    <w:p>
      <w:r>
        <w:t>ECLI: ECLI:SK:KSBA:2017:1096898982.2</w:t>
      </w:r>
    </w:p>
    <w:p>
      <w:r>
        <w:t>Dátum vydania: 8. 5. 2017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2Z39CB/391/1996 Identifikačné číslo súdneho spisu: 1096898982 Dátum vydania rozhodnutia: 09. 05. 2017 Meno a priezvisko sudcu, VSÚ: JUDr. Ľubica Krišková ECLI: ECLI:SK:KSBA:2017:1096898982.2 ROZSUDOK V MENE SLOVENSKEJ REPUBLIKY Krajský súd v Bratislave, v senáte zloženom z predsedníčky senátu JUDr. Ľubici Kriškovej a členiek senátu JUDr. Oľgy Bahníkovej a JUDr. Ľubici Břouškovej, v právnej veci žalobcu: JUDr. Josef Cupka, Trojanova 342/18, Nové Město, 120 00 Praha, Česká republika, SKP Chemapol a.s., Kodaňská 46, Vršovice, 101 00 Praha, Česká republika, IČ: 618 58 064, proti žalovanému: CEBO HOLDING SLOVAKIA, a.s., Nitrianska cesta 60, 958 01 Partizánske, IČO: 34 126 660, o zaplatenie 1 936,90 Eur, takto, r o z h o d o l : Žalovaný je povinný zaplatiť žalobcovi sumu 1 936,90 Eur do 3 dní od právoplatnosti tohto rozsudku. Žalobcovi sa priznáva právo na náhradu trov konania v plnom rozsahu. o d ô v o d n e n i e : 1. V predmetnej veci sa žalobca v konaní domáhal žalobou zo dňa 18.02.1994, doručenou súdu dňa 01.03.1994 od žalovaného zaplatenia sumy 1 936,90 Eur (58 351,- Sk) titulom poplatku za omeškania podľa § 378 ods. 1 Hospodárskeho zákonníka za oneskorenú úhradu faktúr. V priebehu konania žalovaný písomným podaním zo dňa 04.04.1995 nárok žalobcu v v celom rozsahu čo do dôvodu i výšky uznal. Uviedol, že pohľadávku uznáva, bol daný pokyn na jej úhradu, avšak platba nebola uhradená z dôvodu nedostatku finančných prostriedkov. 2. Uznesením Krajského súdu v Bratislave zo dňa 19.10.1998 č.k. 6 K 195/98 bol vyhlásený konkurz na majetok dlžníka CEBO HOLDING SLOVAKIA a.s., Partizánske, na základe čoho bolo konanie prerušené. Uznesením Krajského súdu v Bratislave č.k. 6K/195/1998-2205 zo dňa 14.06.2016 súd zrušil konkurz vyhlásený uznesením č.k. 6K/195/1998-288 zo dňa 19.10.1998 v spojení s opravným uznesením č.k. 6K/195/1998-382 po splnení rozvrhového uznesenia a zároveň zbavil Mgr. Vladimíra Cipciara funkcie správcu konkurznej podstaty. Z obsahu spisu súd zistil, že žalobca si svoju pohľadávku voči úpadcovi v konkurznom konaní neuplatnil. Podľa výpisu z obchodného registra je žalovaný zapísaný v obchodnom registri OS Trenčín. 3. Podľa ust. § 470 CSP,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 4. Podľa § 282 Civilného sporového poriadku (ďalej len C.s.p.), ak žalovaný uzná nárok uplatnený žalobcom alebo jeho časť, rozhodne súd na návrh žalobcu rozsudkom pre uznanie nároku. 5. Podľa § 284 C.s.p., ak bol nárok uznaný písomným prejavom žalovaného, nemusí súd nariaďovať pojednávanie. 6. Podľa § 285 C.s.p., odôvodnenie rozsudku pre uznanie nároku obsahuje len stručnú identifikáciu procesného nároku a právny dôvod vydania rozsudku pre uznanie nároku. 7. Súd rozhodol o žalobe § 284 C.s.p. bez nariadenia pojednávania rozsudkom pre uznanie, nakoľko boli splnené podmienky uvedené v § 282 C.s.p., keďže žalovaný písomne uznal nárok uplatnený žalobcom. 8. Podľa § 255 ods. 1 C.s.p., súd prizná strane náhradu trov konania podľa pomeru jej úspechu vo veci. Úspešnému žalobcovi súd priznal náhradu trov konania, o ich výške rozhodne súd prvej inštancie. 9. Podľa § 262 ods. 1, C.s.p., o nároku na náhradu trov konania rozhodne aj bez návrhu súd v rozhodnutí, ktorým sa konanie končí. 10. Podľa § 262 ods. 2, C.s.p., o výške náhrady trov konania rozhodne súd prvej inštancie po právoplatnosti rozhodnutia, ktorým sa konanie končí, samostatným uznesením, ktoré vydá súdny úradník. Poučenie: Proti rozsudku vydanému na základe uznania odvolanie podľa § 356 písm. a) C.s.p. nie je prípustné, okrem prípadov odvolania podaného z dôvodu, že neboli splnené podmienky na vydanie takého rozhodnutia. Proti výroku o náhrade trov konania možno podať odvolanie do 15 dní od jeho doručenia na súde, proti rozhodnutiu ktorého smeruje, v ktorom popri všeobecných náležitostiach (§ 127 C.s.p.) je potrebné uviesť, proti ktorému rozhodnutiu smeruje, v akom rozsahu sa napáda, v čom sa rozhodnutie alebo postup súdu považuje za nesprávny a čoho sa odvolateľ domáha.</w:t>
      </w:r>
    </w:p>
    <w:p/>
    <w:p>
      <w:r>
        <w:t>Zdroj: KAUZIS.SK – https://www.kauzis.sk/judikatura/r/ECLI:SK:KSBA:2017:1096898982.2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