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1K/287/1998 z 19. 1. 2017</w:t>
      </w:r>
    </w:p>
    <w:p>
      <w:r>
        <w:t>Uznesenie Krajského súdu Bratislava z 19. januára 2017, sp. zn. 1K/287/1998, ECLI:SK:KSBA:2017:1098898053.5</w:t>
      </w:r>
    </w:p>
    <w:p>
      <w:r>
        <w:t>Súd: Krajský súd Bratislava</w:t>
      </w:r>
    </w:p>
    <w:p>
      <w:r>
        <w:t>Spisová značka: 1K/287/1998</w:t>
      </w:r>
    </w:p>
    <w:p>
      <w:r>
        <w:t>ECLI: ECLI:SK:KSBA:2017:1098898053.5</w:t>
      </w:r>
    </w:p>
    <w:p>
      <w:r>
        <w:t>Dátum vydania: 19. 1. 2017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1K/287/1998 Identifikačné číslo súdneho spisu: 1098898053 Dátum vydania rozhodnutia: 20. 01. 2017 Meno a priezvisko sudcu, VSÚ: JUDr. Boris Tóth ECLI: ECLI:SK:KSBA:2017:1098898053.5 Uznesenie Krajský súd v Bratislave v konkurznej veci úpadcu: FORDAK ASS, spol. s r.o., Račianska 54, Bratislava 831 02, IČO: 31 379 362, s ustanoveným správcom konkurznej podstaty: JUDr. Ján Malicher, Bajzova 12, 821 08 Bratislava, korešpondenčná adresa: Plavecký Mikuláš č. 200, PSČ 906 35, o návrhu na zrušenie konkurzu, takto r o z h o d o l : Súd z r u š u j e konkurz vyhlásený uznesením č.k. 1K 287/98-56 zo dňa 3.2.2000 po splnení rozvrhového uznesenia. Súd z b a v u j e JUDr. Jána Malichera funkcie správcu konkurznej podstaty. o d ô v o d n e n i e : 1. Konkurz na úpadcu bol vyhlásený uznesením č.k. 1K 287/98-56 zo dňa 3.2.2000, právoplatným 24.7.2000. Za správcu konkurznej podstaty bol ustanovený JUDr. Ján Malicher. 2. Správca konkurznej podstaty podaním doručeným súdu 3.1.2017 podal správu o splnení rozvrhového uznesenia a súčasne požiadal o zrušenie konkurzu v súlade s § 44 ods. 1 písm. b) zákona č. 328/1991 Zb. v znení neskorších predpisov a o zbavenie funkcie správcu konkurznej podstaty. 3. V zmysle § 44 ods. 1 písm. b) zákona č. 328/1991 Zb. o konkurze a vyrovnaní v znení neskorších predpisov (ďalej len ZKV) súd zruší konkurz, v ktorom nedošlo k potvrdeniu núteného vyrovnania po splnení rozvrhového uznesenia. Podľa ods. 4 citovaného ustanovenia, v uznesení o zrušení konkurzu zbaví súd správcu funkcie a rozhodne o jeho odmene a náhrade výdavkov, ak o nich ešte nerozhodol. 4. V priebehu konkurzného konania bol speňažený všetok majetok zaradený do konkurznej podstaty úpadcu. 5. Správca konkurznej podstaty splnil rozvrhové uznesenie č.k. 1K 287/1998-375 zo dňa 18.3.2015, právoplatné 24.4.2015, čo preukázal priloženými kópiami dokladov o úhrade jednotlivých pohľadávok, súd preto v zmysle citovaného ustanovenia konkurz zrušil a správcu zbavil jeho funkcie. O odmene a výdavkoch správcu bolo rozhodnuté v priebehu konkurzu. Poučenie: Proti tomuto uzneseniu je možné podať odvolanie v lehote 30 dní od jeho zverejnenia v Obchodnom vestníku na Krajskom súde v Bratislave. Zrušením konkurzu zanikajú účinky vyhlásenia konkurzu uvedené v § 14 ZKV, platnosť a účinnosť úkonov vykonaných počas konkurzu tým nie je dotknutá (§ 45 ods. 1 ZKV). Na základe zoznamu prihlášok možno po právoplatnosti uznesenia o zrušení konkurzu viesť pre zistenú pohľadávku výkon rozhodnutia alebo exekúciu na majetok úpadcu (§ 45 ods. 2 ZKV).</w:t>
      </w:r>
    </w:p>
    <w:p/>
    <w:p>
      <w:r>
        <w:t>Zdroj: KAUZIS.SK – https://www.kauzis.sk/judikatura/r/ECLI:SK:KSBA:2017:1098898053.5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