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5Co/311/2017 z 25. 10. 2017</w:t>
      </w:r>
    </w:p>
    <w:p>
      <w:r>
        <w:t>Uznesenie Krajského súdu Bratislava z 25. októbra 2017, sp. zn. 5Co/311/2017, ECLI:SK:KSBA:2017:1107213583.1</w:t>
      </w:r>
    </w:p>
    <w:p>
      <w:r>
        <w:t>Súd: Krajský súd Bratislava</w:t>
      </w:r>
    </w:p>
    <w:p>
      <w:r>
        <w:t>Spisová značka: 5Co/311/2017</w:t>
      </w:r>
    </w:p>
    <w:p>
      <w:r>
        <w:t>ECLI: ECLI:SK:KSBA:2017:1107213583.1</w:t>
      </w:r>
    </w:p>
    <w:p>
      <w:r>
        <w:t>Dátum vydania: 25.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5Co/311/2017 Identifikačné číslo súdneho spisu: 1107213583 Dátum vydania rozhodnutia: 26. 10. 2017 Meno a priezvisko sudcu, VSÚ: JUDr. Juraj Považan ECLI: ECLI:SK:KSBA:2017:1107213583.1 Uznesenie Krajský súd v Bratislave v senáte zloženom z predsedu senátu JUDr. Juraja Považana a členov senátu JUDr. Janky Richterovej a JUDr. Milana Chalupku, v právnej veci žalobcu: E.. E. L., X.. XX.XX.XXXX, L. L. L. - K., L. Č.. XX, zastúpeného Advokátska kancelária Kašuba spol. s.r.o., so sídlom v Banskej Bystrici, Horná č. 41, proti žalovanému: 1/ Slovenská republika, za ktorú koná Ministerstvo spravodlivosti Slovenskej republiky, so sídlom v Bratislave, Župné námestie č. 13, 2/ Krajský súd v Banskej Bystrici, so sídlom v Banskej Bystrici, Skuteckého č. 7, o nápravu protiprávneho stavu, na odvolanie žalobcu proti uzneseniu Okresného súdu Bratislava I, zo dňa 23. februára 2017, č.k. 11C/80/2007-229, takto r o z h o d o l : Odvolací súd napadnuté uznesenie súdu prvej inštancie p o t v r d z u j e . o d ô v o d n e n i e : 1. Napadnutým uznesením súd prvej inštancie pre nezaplatenie súdneho poplatku za dovolanie vo výške 132,- € (podľa pol. 7b písm. a/ Sadzobníka a § 6 ods. 2) podľa § 10 ods. 1 zák. č. 71/1992 Zb. zastavil dovolacie konanie. 2. Proti tomuto uzneseniu podal včas odvolanie žalobca, domáhajúc sa jeho zrušenia, keď súčasne podáva aj žiadosť o oslobodenie od súdneho poplatku za dovolanie. 3. Odvolací súd prejednal odvolanie žalobcu v rozsahu a z dôvodov v ňom vymedzených (§ 470 ods. 1 a 2, § 379 a § 380 ods. 1 CSP) a dospel k záveru, že nie je opodstatnené. 4. Napadnutým uznesením súd prvej inštancie v súlade s ustanovením § 10 ods. 1 poplatkového zákona (zák. č. 71/1992 Zb. o súdnych poplatkoch) zastavil dovolacie konanie pre nezaplatenie riadne vyrubeného súdneho poplatku za dovolanie. 5. Odvolateľ ani po podaní odvolania súdny poplatok nezaplatil, napadnuté uznesenie navrhoval zrušiť pre podanie žiadosti o oslobodenie od súdneho poplatku. V prípade priznania osobného oslobodenia žalobcovi od súdneho poplatku za dovolanie by absentovali dôvody pre zastavenie dovolacieho konania. 6. Z obsahu spisu však nevyplýva, že žalobca o priznanie oslobodenie od súdneho poplatku požiadal. S odvolaním a ani neskôr takáto žiadosť nebola súdu doručená. 7. Odvolací súd tak napadnuté uznesenie súdu prvej inštancie ako vecne správne potvrdil (§ 387 ods. 1 CSP). 8.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návrh)(§ 428 CSP).</w:t>
      </w:r>
    </w:p>
    <w:p/>
    <w:p>
      <w:r>
        <w:t>Zdroj: KAUZIS.SK – https://www.kauzis.sk/judikatura/r/ECLI:SK:KSBA:2017:1107213583.1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