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7Co/193/2016 z 29. 8. 2017</w:t>
      </w:r>
    </w:p>
    <w:p>
      <w:r>
        <w:t>Rozsudok Krajského súdu Bratislava z 29. augusta 2017, sp. zn. 7Co/193/2016, ECLI:SK:KSBA:2017:1108229972.1</w:t>
      </w:r>
    </w:p>
    <w:p>
      <w:r>
        <w:t>Súd: Krajský súd Bratislava</w:t>
      </w:r>
    </w:p>
    <w:p>
      <w:r>
        <w:t>Spisová značka: 7Co/193/2016</w:t>
      </w:r>
    </w:p>
    <w:p>
      <w:r>
        <w:t>ECLI: ECLI:SK:KSBA:2017:1108229972.1</w:t>
      </w:r>
    </w:p>
    <w:p>
      <w:r>
        <w:t>Dátum vydania: 29. 8. 2017</w:t>
      </w:r>
    </w:p>
    <w:p>
      <w:r>
        <w:t>Forma: Rozsudok</w:t>
      </w:r>
    </w:p>
    <w:p>
      <w:r>
        <w:t>Oblasť práva: Občianske právo</w:t>
      </w:r>
    </w:p>
    <w:p>
      <w:pPr>
        <w:pStyle w:val="Heading2"/>
      </w:pPr>
      <w:r>
        <w:t>Text rozhodnutia</w:t>
      </w:r>
    </w:p>
    <w:p>
      <w:r>
        <w:t>Súd: Krajský súd Bratislava Spisová značka: 7Co/193/2016 Identifikačné číslo súdneho spisu: 1108229972 Dátum vydania rozhodnutia: 30. 08. 2017 Meno a priezvisko sudcu, VSÚ: JUDr. Blanka Podmajerská ECLI: ECLI:SK:KSBA:2017:1108229972.1 ROZSUDOK V MENE SLOVENSKEJ REPUBLIKY Krajský súd v Bratislave v senáte zloženom z predsedníčky senátu JUDr. Blanky Podmajerskej a členov senátu JUDr. Mariany Harvancovej a Mgr. Adely Unčovskej, v právnej veci žalobcu: C.. Ľ. P., nar. XX.X.XXXX, trvale bytom X. XXX, štátny občan SR, zastúpeného JUDr. Barborou Šrutekovou, advokátkou, Trnava, Hlavná 44, proti žalovanému: KOOPERATIVA poisťovňa, a.s., Vienna Insurance Group so sídlom Štefanovičova 4, Bratislava, IČO: 00 585 441, zastúpeného MGA IURIS s.r.o., Pri starej prachárni 10, IČO: 47233028, o neplatnosť okamžitého skončenia pracovného pomeru a náhradu mzdy, na odvolanie žalobcu proti rozsudku Okresného súdu Bratislava I zo dňa 8.12.2015, č.k. 9C/153/2008-332, jednomyseľne takto r o z h o d o l : Rozsudok súdu prvej inštancie sa p o t v r d z u j e. Žalovanému sa proti žalobcovi p r i z n á v a nárok na plnú náhradu trov odvolacieho konania. o d ô v o d n e n i e : 1.V napadnutom rozsudku súd prvej inštancie zamietol žalobu, v ktorej sa žalobca domáhal určenia, že okamžité skončenie pracovného pomeru zo dňa 21.7.2008 dané mu podľa § 68 ods. 1 písm. b/ zákona č. 311/2001 Z.z. Zákonník práce (ďalej „Zákonník práce„) je neplatné a uloženia povinnosti žalovanému zaplatiť mu náhradu mzdy z neplatného skončenia pracovného pomeru. V rozhodnutí uložil žalobcovi povinnosť zaplatiť žalovanému náhradu trov konania vo výške 4 144 eur a náhradu trov právneho zastúpenia vo výške 9 390,96 eur k rukám jeho právneho zástupcu, do troch dní od právoplatnosti rozhodnutia. 2. Zamietajúci výrok vo veci samej právne odôvodnil ust. § 68 ods.1 písm. b/, ods. 2, § 70, § 74, § 77, § 79 ods.1,2 Zákonníka práce, keď v súlade s právnym názorom vysloveným v uznesení Krajského súdu v Bratislave zo dňa 31.3.2015, č.k. 11 Co/7/2014-243 konštatoval, že všetky formálnoprávne podmienky vyžadované pre tento spôsob rozviazania pracovného pomeru v ust. § 70 a § 74 ods.1 Zákonníka práce boli splnené, t.zn. bola dodržaná písomná forma okamžitého skončenia pracovného pomeru a kvalifikovaný spôsob doručenia, zrušujúci prejav obsahoval dostatočne konkretizovaný a skutkovo vymedzený dôvod, okamžité skončenie pracovného pomeru nemohlo byť žalovaným vopred prerokované s príslušným odborovým orgánom (z dôvodu jeho neexistencie) a napokon, zo strany žalovaného bola dodržaná aj 1 mesačná subjektívna lehota na okamžité skončenie pracovného pomeru plynúca odo dňa, kedy sa tento o porušení pracovnej disciplíny zvlášť hrubým spôsobom dozvedel a zároveň plynúca v rámci zákonnej 1 ročnej objektívnej lehoty. Žalovaný v napadnutom okamžitom skončení pracovného pomeru vymedzil dôvod okamžitého skončenia pracovného pomeru tak, že za závažné porušenie pracovnej disciplíny považoval konanie žalobcu, ktorý dňa 16.7.2008 odmietol splniť pracovné úlohy stanovené mu písomným pokynom nadriadeného zamestnanca a ktorý sa v dňoch 16.7.2008 až 18.7.2008 bez ospravedlnenia nedostavil na v pracovnej zmluve dojednané miesto výkonu práce (v tomto smere už zo samotného znenia okamžitého skončenia pracovného pomeru nevznikajú pochybnosti o tom, z akého dôvodu bol okamžite skončený pracovný pomer). Naviac, aj s ohľadom k okolnostiam, ktoré okamžitému skončeniu predchádzali, muselo byť žalobcovi zrejmé, čo je dôvodom okamžitého skončenia pracovného pomeru a v čom spočíva žalovaným vytknuté porušenie pracovnej disciplíny. Zohľadniac skutkové okolnosti vyplývajúce z vykonaného dokazovania (vrátane výsluchov svedkov C.. P. R., C.. L. V.) následne dospel k záveru, že žalobca sa dopustil konania uvedeného v okamžitom skončení pracovného pomeru, t.j. dňa 16.7.2008 odmietol splniť pracovné úlohy stanovené mu písomným pokynom nadriadeného zamestnanca a v dňoch 16.7.2008 až 18.7.2008 sa bez ospravedlnenia nedostavil na v pracovnej zmluve dojednané miesto výkonu práce. Konanie žalobcu čo do intenzity posúdil ako závažné porušenie pracovnej disciplíny oprávňujúce zamestnávateľa pristúpiť ku skončeniu pracovného pomeru v zmysle ust. § 68 ods.1 písm. b/ Zákonníka práce a uviedol, že vzhľadom na závažnosť porušenia pracovnej disciplíny žalobcom nebolo v rozhodnom období možné od zamestnávateľa spravodlivo požadovať, aby žalobcu zamestnával počas výpovednej doby. 3. O trovách konania rozhodol podľa § 142 ods.1 zákona č. 99/1963 Zb. Občiansky súdny poriadok (ďalej „O.s.p.“) a úspešnému žalovanému priznal náhradu trov konania za zaplatený súdny poplatok za odvolanie vo výške 4 144 eur a náhradu trov právneho zastúpenia v celkovej výške 9 390,96 eur vyčíslené podľa § 11 ods.1, § 13 ods.3, 4, § 14 ods.1 písm. a/, § 16 ods.3 vyhlášky č. 655/2004 Z.z. o odmenách a náhradách advokátov za 15 úkonov právnej pomoci špecifikovaných v odôvodnení písomného vyhotovenia rozhodnutia. 4. Proti rozsudku podal v zákonnej lehote odvolanie žalobca navrhujúc, aby odvolací súd rozhodnutie súdu prvej inštancie podľa § 220 O.s.p. zmenil a žalobe v plnom rozsahu vyhovel. V odvolaní namietol, že súd prvej inštancie izolovane vyňal a hodnotil iba to, že žalobca sa mal dopustiť závažného porušenia pracovnej disciplíny tým, že dňa 16.7.2008 odmietol splniť pracovné úlohy stanovené mu písomným pokynom nadriadeného zamestnanca a v dňoch 16.7.2008 až 18.7.2008 sa bez ospravedlnenia nedostavil na v pracovnej zmluve dojednané miesto výkonu práce. V rozhodnutí neuviedol ostatné okolnosti podstatné a právne relevantné aj napriek tomu, že bol k hodnoteniu dôkazov jednotlivo a v ich vzájomnej súvislosti zaviazaný uznesením Krajského súdu v Bratislave zo dňa 31.3.2015, č.k. 11 Co/7/2014. V konaní preukázal, že od nebolo možné v inkriminovanom období očakávať riadne plnenie si pracovných povinností, nakoľko bol odpojený od PC systému žalovaného. Mal preto záujem čerpať dovolenku na zotavenie, čo mu bolo vždy v minulosti žalovaným umožnené, neexistuje žiadne podozrenie, že by sa tak nemalo stať aj v tomto prípade a bez svojho zavinenia sa ocitol v situácii, kedy nemal objektívne možnosť si svoje pracovné povinnosti riadne plniť. Pokiaľ ide o hodnotenie intenzity porušenia pracovnej disciplíny uviedol, že toto ovplyvňuje tak osoba zamestnanca, funkcia ktorú zastáva, jeho doterajší postoj k plneniu si pracovných povinností, ako aj situácia, za ktorej k porušeniu došlo. S poukazom na uvedené žalobca uviedol, že jeho žaloba je v celom rozsahu dôvodná, a to aj v časti náhrady mzdy z neplatného skončenia pracovného pomeru od 1.8.2008 do času, keď mu žalovaný umožní pokračovať v práci. 5. Vo vzťahu k výroku o trovách konania uviedol, že je v danom konaní od platenia súdneho poplatku oslobodený a náhrada trov konania spočívajúca v úhrade súdneho poplatku nie je s poukazom na ust. § 150 ods.1 O.s.p. správna a zákonná. Odvolateľ nesúhlasil s priznaním odmeny za právne zastúpenie za úkony 27.5.2010, 18.6.2013, 9.7.2013 z dôvodu, že táto bola priznaná v plnej výške (jedného úkonu) i napriek tomu, že sa jednalo o odročenie pojednávania bez prejednania veci, za ktoré úkony prináležala žalovanému iba 1 tarifnej odmeny. Žalobca zároveň žiadal preskúmať správnosť priznanej náhrady trov právneho zastúpenia za pojednávania označené na str. 7 rozsudku pod č. 12-14. 6. Žalovaný v písomnom vyjadrení sa k odvolaniu navrhol rozhodnutie súdu prvej inštancie ako vecne a právne správne potvrdiť a priznať mu náhradu trov odvolacieho konania. Námietku žalobcu o tom, že súd prvej inštancie nedostatočne vyhodnotil dôkazy, vec posúdil nesprávne aj po právnej stránke a rozhodnutie nedostatočne odôvodnil, považoval za nedôvodnú. Konštatoval, že súd prvej inštancie rozhodnutie odôvodnil presvedčivo, logicky konzistentne a v súlade s § 157 ods.2 O.s.p., pričom postupoval v súlade s právnym názorom odvolacieho súdu, ktorý vyslovil v zrušujúcom uznesení vo veci sp.zn. 11Co/7/2014 z 31.3.2015 (v poradí druhým). Pri hodnotení dokazovania postupoval v súlade so zásadami formálnej logiky v súlade s ust. § 132 a nasl. O.s.p.. Pokiaľ žalobu v časti o určovacej žaloby zamietol, nie je žiaden racionálny dôvod km tomu, aby sa v rozhodnutí zaoberal posúdením výšky náhrady mzdy z neplatného skončenia pracovného pomeru. Výrok o trovách konania je správny a výška priznaných trov je vyčíslená v súlade s ust. vyhlášky č. 655/2004 Z.z. 7. Odvolací súd preskúmal vec v rozsahu a medziach dôvodov podaného odvolania (§ 379, § 380 ods. 1 a 378 ods. 1 zákona č. 160/2015 Z.z. Civilný sporový poriadok, bez nariadenia odvolacieho pojednávania (§ 385 ods. 1 C.s.p.), keďže sa nejednalo o prípad, v ktorom by bolo potrebné zopakovať alebo doplniť dokazovanie, nariadenie pojednávania si nevyžadoval ani dôležitý verejný záujem a dospel k záveru, že odvolanie žalobcu nie je dôvodné. 8. Podľa právneho stavu účinného do 30. júna 2016 bolo odvolaním možné napadnúť rozhodnutie súdu prvej inštancie, pokiaľ to nevylučoval zákon (§ 201 v spojení s § 202 O.s.p.). Odvolanie bolo prípustné proti rozhodnutiu len z dôvodov uvedených v § 205 ods.2 O.s.p.. Odvolania žalobcu vyvolalo v danom prípade účinok, ktorý zostáva zachovaný aj po 1. júli 2016 (§ 470 ods. 2 C.s.p.) - odvolaním napadnuté rozhodnutie bolo preto možné podrobiť meritórnemu odvolaciemu prieskumu. Odvolací súd ďalej konštatuje, že v prejednávanej veci súd prvej inštancie postupoval v konaní a pri rozhodovaní s použitím ustanovení Občianskeho súdneho poriadku v znení účinnom do 30.6.2016. O odvolaniach žalobcu rozhodoval po nadobudnutí účinnosti zák.č. 160/2015 Z.z. , viazaný skutkovým stavom tak, ako ho zistil súd prvej inštancie (§ 383 C.s.p. ) a prihliadajúc na procesnú úpravu platnú v čase vydania napadnutého rozhodnutia (t.j. ustanovenia Občianskeho súdneho poriadku ). 9. Odvolací súd, prihliadajúc na obsah súdneho spisu a z neho vyplývajúci skutkový stav, nezistiac v postupe súdu prvej inštancie žiadne vady týkajúce sa procesných podmienok (§ 380 ods. 2 C.s.p.), sa v celom rozsahu po skutkovej a právnej stránke stotožňuje s dôvodmi vzťahujúcimi sa k odvolaním napadnutému rozsudku prvoinštančného súdu, ktorým zamietol žalobu o určenie neplatnosti okamžitého skončenia pracovného pomeru podľa § 68 ods. 1 písm. b/ Zákonník práce a o uloženie povinnosti žalovanému zaplatiť žalobcovi náhradu mzdy z neplatného skončenia pracovného pomeru, v ktorom dostatočne zodpovedal na v konaní nastolené otázky majúce pri rozhodovaní o tomto nároku podstatný význam, pričom sa v rozhodnutí vyporiadal i s podstatnými vyjadreniami strán prednesenými v konaní na súde prvej inštancie (§ 387 ods. 2, 3 C.s.p.) vzťahujúcimi sa k prijatému zamietajúcemu výroku vo veci samej. Z uvedeného dôvodu využíva možnosť danú mu ust. § 387 ods.2 C.s.p. v odôvodnení sa obmedziť len na skonštatovanie správnosti dôvodov napadnutého rozhodnutia. 10. Pre doplnenie rozhodnutia a v záujme vyporiadania sa s odvolacími námietkami odvolací súd uvádza nasledovné. 11.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nie je súd povinný dať podrobnú odpoveď. Súd nemusí dať odpoveď na všetky otázky nastolené stranami sporu, ale len na tie, ktoré majú pre vec podstatný význam, prípadne dostatočne objasňujú skutkový a právny základ rozhodnutia bez toho, aby zachádzali do všetkých detailov uvádzaných stranou,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 aby sa všeobecný súd stotožnil s jej právnymi názormi, navrhovaním a hodnotením dôkazov (IV. ÚS 252/2004), ani právo na to, aby bola strana sporu pred všeobecným súdom úspešná, teda aby sa rozhodlo v súlade s jej požiadavkami (I. ÚS 50/2004). Vychádzajúc z obsahu odôvodnenia napadnutého rozhodnutia je k námietkam žalobcu o nedostatku riadneho a vyčerpávajúceho odôvodnenia, v ktorom absentuje relevantné právne posúdenie a vyhodnotenie, z ktorého by bolo možné vyvodiť akými úvahami bol súd vedený pri posudzovaní rozhodujúcich otázok možné konštatovať, že odôvodnenie rozhodnutia uvedeným požiadavkám vyhovuje a odvolacie námietky žalobcu sú v tomto smere nedôvodné a nepodložené. 12. K námietke odvolateľa, že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13. Pokiaľ žalobca v odvolaní namieta, že súd prvej inštancie sa v rozhodnutí nevysporiadal (ani právne) s otázkami súvisiacimi s uplatnenou náhradou mzdy z neplatného skončenia pracovného pomeru treba uviesť, že pri zamietajúcom výroku v časti žaloby o určenie neplatnosti okamžitého skončenia pracovného pomeru by bolo v rozpore so zásadou hospodárnosti konania sa v rozhodnutí právne a skutkovo vysporiadavať s nárokom o náhrade mzdy z neplatného skončenia pracovného pomeru. Rozhodnutie súdu o určovacej žalobe totiž predstavuje právny základ pre rozhodovanie o nárokoch z neplatného skončenia pracovného pomeru, ktoré je možné priznať iba v prípade, ak je základ nároku daný. 14. Za nedôvodnú posúdil odvolací súd i námietku žalobcu týkajúcu sa nerešpektovania záväzného právneho názoru uvedeného v uznesení Krajského súdu v Bratislave zo dňa 31.3.2015, č.k. 11 Co/7/2014-243 súdom prvej inštancie. Z obsahu napadnutého rozhodnutia vyplýva, že súd prvej inštancie závery odvolacieho súdu uvedené v označenom rozhodnutí o tom, prečo považoval rozhodnutie súdu prvej inštancie za nesprávne a v čom spočívajú nedostatky v jeho skutkových a právnych záveroch, v zmysle ust. § 226 O.s.p. v znení účinnom do 30.6.2016 plne rešpektoval. Súd prvej inštancie rešpektoval názor odvolacieho súdu , že všetky formálnoprávne podmienky vyžadované pre okamžité skončenie pracovného pomeru v ust. § 70 a § 74 ods.1 Zákonníka práce boli splnené, t.zn. bola dodržaná písomná forma okamžitého skončenia pracovného pomeru a kvalifikovaný spôsob doručenia, zrušujúci prejav obsahoval dostatočne konkretizovaný a skutkovo vymedzený dôvod, okamžité skončenie pracovného pomeru nemohlo byť žalovaným vopred prerokované s príslušným odborovým orgánom (z dôvodu jeho neexistencie) a zo strany žalovaného bola dodržaná aj 1 mesačná subjektívna lehota na okamžité skončenie pracovného pomeru plynúca odo dňa, kedy sa tento o porušení pracovnej disciplíny zvlášť hrubým spôsobom dozvedel a zároveň plynúca v rámci zákonnej 1 ročnej objektívnej lehoty. 15. K uplatnenému odvolaciemu dôvodu podľa § 205 ods. 2 písm. d/ O. s. p. v znení účinnom do 30.6.2016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v znení účinnom do 30.6.2016 alebo, že by na zistený skutkový stav aplikoval nesprávne zákonné ustanovenia alebo použité zákonné ustanovenia nesprávne vyložil. 16. Vychádzajúc zo zistených skutkových okolností prípadu sa odvolací súd zhodol s úvahou súdu prvej inštancie o tom, že v konaní bolo preukázané porušenie pracovnej disciplíny žalobcom (uvedené v okamžitom skončení pracovného pomeru zo dňa 21.7.2008 spočívajúce v tom, že dňa 16.7.2008 odmietol splniť pracovné úlohy stanovené mu písomným pokynom nadriadeného zamestnanca a v dňoch 16.7.2008 až 18.7.2008 sa bez ospravedlnenia nedostavil na v pracovnej zmluve dojednané miesto výkonu práce. Úvaha súdu prvej inštancie vychádza z dokazovania vykonaného v konaní v rozsahu dôkazných návrhov strán sporu a zo skutočností vyplývajúcich z výsluchu priamych účastníkov (žalobcu a svedkov - priameho nadriadeného žalobcu p. R. a C.. L. V., asistentky riaditeľa agentúry Trenčín). Z dokazovania je nesporné, že dňa 15.7.2008 bol žalobcovi na pracovisku zablokovaný prístup do operačného systému žalovaného. Dňa 16.7.2008 mu jeho priamy nadriadený na pracovisku uložil povinnosť splniť štyri pracovné úlohy . Žalobca sa písomne vyjadril, že tieto úlohy sa nedajú za jeden deň stihnúť a oznámil, že od 16.7.2008 si čerpá dovolenku na zotavenie podľa dohody s nadriadeným. Na jeho žiadosť mu C.. L. V. vypísala dovolenkový lístok (na obdobie od 16.7.2008 do 29.7.2008), tento si žalobca zobral s tým, že si ho ide dať podpísať a následne po odovzdaní všetkých pracovných pomôcok, vrátane kľúčov od motorového vozidla a od kancelárie z pracoviska odišiel. 17. Odvolací súd zdôrazňuje, že žalobca bol v zmysle ust. § 81 Zákonníka práce povinný pracovať zodpovedne a riadne, plniť pokyny nadriadených vydané v súlade s právnymi predpismi, byť na pracovisku na začiatku pracovného času, využívať pracovný čas na prácu a odchádzať z neho až po skončení pracovného pomeru. V súlade s ust. § 101 a nasl. Zákonníka práce má zamestnanec pri splnení v zákone stanovených podmienok nárok na čerpanie dovolenky na zotavenie. Nástup na dovolenku však určuje výhradne zamestnávateľ, a to tak, že konkrétnemu zamestnancovi stanoví, že dovolenku čerpá v určených dňoch. V rozpore so zákonnou úpravou nie je ani prax v organizáciách, podľa ktorej zamestnanec požiada o možnosť čerpania dovolenky na zotavenie a jeho nadriadený (do ktorého právomoci patrí takéto rozhodnutie) mu dá k čerpaniu dovolenky súhlas. 18. V danej veci bolo vykonaným dokazovaním preukázané, že žalobca dňa 16.7.2008 v čase, kedy mal k dispozícii pracovný priestor a pracovné pomôcky odmietol splniť pracovné úlohy stanovené mu písomným pokynom nadriadeného zamestnanca s odôvodnením, že tieto sa nedajú za jeden deň stihnúť. Vykonaným dokazovaním sa nepreukázalo, že by v uvedenom čase odmietnutie splnenia uloženej pracovnej úlohy odôvodňoval aj inými skutočnosťami (vrátane nemožnosti jej splnenia pre zablokovanie prístupu do operačného systému žalobcu) a ani to, že následne o čerpanie dovolenky riadne požiadal svojho nadriadeného a na jej čerpanie nastúpil až po odsúhlasení čerpania dovolenky na zotavenie nadriadeným. Vypísanie a odovzdanie dovolenkového lístka na pracovisku nie je totiž možné považovať za „súhlas“ zamestnávateľa s nástupom zamestnanca na dovolenku na zotavenie. Na obranu žalobcu o tom, že v danom prípade postupoval podľa bežne zaužívaných pravidiel pri čerpaní dovolenky na zotavenie nebolo možné prihliadať, keďže z vykonaného dokazovania vyplynulo, že v niektorých prípadoch zamestnanci čerpanie dovolenky na zotavenie ohlasovali telefonicky, avšak vždy aspoň jeden deň pred čerpaním dovolenky doručovali dovolenkový lístok (výpoveď svedkyne L. V.). Je treba zdôrazniť, že v prípadoch nástupu na dovolenku na zotavenie je práve z dôvodu istoty na strane zamestnanca v jeho záujme, aby vždy postupoval v súlade so zákonnými ustanoveniami upravujúcimi práva a povinnosti vyplývajúce mu z pracovného vzťahu a na dovolenku nastupoval iba v prípade, ak zamestnávateľ s čerpaním dovolenky na zotavenie súhlasí. V danom prípade o to viac, že podľa dovolenkového lístka (vypísaného a odovzdaného v prvý deň žiadanej dovolenky) mal žalobca čerpať dovolenku na zotavenie v rozsahu takmer dvoch týždňov (od 16.7.2008 do 29.7.2008). 19. Vychádzajúc z uvedeného, zohľadniac okolnosti prípadu a situáciu, za ktorej došlo k porušeniu pracovnej disciplíny žalobcom sa odvolací súd zhoduje i s úvahou súdu prvej inštancie v tom, že v konaní preukázané porušenie pracovnej disciplíny žalobcom je takým závažným porušením pracovnej disciplíny, že jeho zotrvanie u zamestnávateľa by nebolo ďalej možné a žalovaný oprávnene voči nemu postupoval zvoleným spôsobom. 20. Za nedôvodné odvolací súd posúdil i námietky žalobcu týkajúce sa výroku o náhrade trov konania správne právne posúdeného podľa ust. § 142 ods.1 O.s.p.. Okolnosť, že žalobca bol v danom konaní podľa ust. § 4 ods.2 písm. d/ zákona č. 71/1992 Zb. o súdnych poplatkoch od platenia súdneho poplatku oslobodený, nemá pri posudzovaní náhrady trov konania žiaden právny význam a nie je ani dôvodom, pre ktorý by mohol súd prvej inštancie v otázke trov konania postupovať podľa ust. § 150 ods.1 O.s.p. . Ak súd prvej inštancie plne úspešnému žalovanému priznal nárok na náhradu trov konania za súdny poplatok zaplatený za odvolanie podané proti rozsudku vo veci samej, tento je hotovým výdavkom účelne vynaloženým žalovanou stranou sporu, vzniknutým v konaní ( § 137 O.s.p. v znení účinnom do 30.6.2016). Pokiaľ ide o namietané úkony právnej pomoci, za ktoré súd prvej inštancie priznal odmenu za právne zastúpenie , z obsahu spisu vyplýva, že pojednávania nariadené na deň 27.5.2010, 18.6.2013 a 9.7.2013 boli odročené až po ich otvorení a prejednaní veci a súd prvej inštancie správne za ne priznal odmenu podľa § 13a ods.1 písm. c/ v spojení s § 11 ods.1, § 13 ods.3 vyhlášky č. 655/2004 Z.z.. Za správnu posúdil i výšku trov právneho zastúpenia priznaných za úkony uvedené na str. 7 rozsudku pod č. 12 - 14, označené ako účasť na pojednávaní dňa 12.9.2013, 16.10.2013 a 11.12.2013 pri ktorých sa súd prvej inštancie síce dopustil nesprávnosti v označení úkonu zo dňa 16.10.2013 (jednalo sa o odvolanie žalovaného podané proti rozsudku) a zo dňa 11.12.2013 (jednalo sa o vyjadrenie k odvolaniu žalobcu), tieto však nemali vplyv na správnosť výšky priznanej náhrady trov právneho zastúpenia. 21. Vzhľadom na vyššie uvedené odvolací súd napadnutý rozsudok súdu prvej inštancie (vrátane výroku o trovách prvoinštančného konania) podľa § 387 ods. 2 C.s.p. ako vecne a právne správny, potvrdil. 22. 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23.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https://www.kauzis.sk/judikatura/r/ECLI:SK:KSBA:2017:1108229972.1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