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2Cob/151/2016 z 27. 3. 2017</w:t>
      </w:r>
    </w:p>
    <w:p>
      <w:r>
        <w:t>Uznesenie Krajského súdu Bratislava z 27. marca 2017, sp. zn. 2Cob/151/2016, ECLI:SK:KSBA:2017:1109207750.1</w:t>
      </w:r>
    </w:p>
    <w:p>
      <w:r>
        <w:t>Súd: Krajský súd Bratislava</w:t>
      </w:r>
    </w:p>
    <w:p>
      <w:r>
        <w:t>Spisová značka: 2Cob/151/2016</w:t>
      </w:r>
    </w:p>
    <w:p>
      <w:r>
        <w:t>ECLI: ECLI:SK:KSBA:2017:1109207750.1</w:t>
      </w:r>
    </w:p>
    <w:p>
      <w:r>
        <w:t>Dátum vydania: 27.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2Cob/151/2016 Identifikačné číslo súdneho spisu: 1109207750 Dátum vydania rozhodnutia: 28. 03. 2017 Meno a priezvisko sudcu, VSÚ: JUDr. Ľubica Krišková ECLI: ECLI:SK:KSBA:2017:1109207750.1 Uznesenie Krajský súd v Bratislave v senáte zloženom z predsedníčky senátu JUDr. Ľubici Kriškovej a členiek senátu JUDr. Ľubici Břouškovej a JUDr. Tatiany Pastierikovej v právnej veci žalobcu: STAVOINDUSTRIA Liptovský Mikuláš, a.s., Ulica Ester Šimerovej Martinčekovej 4505/2, 031 01 Liptovský Mikuláš, IČO: 31 560 750, práv. zast.: JUDr. Stanislavom Jakubčíkom, advokátom, Kutlíkova 17, 851 02 Bratislava, proti žalovanému: JUDr. Margita Hrivňáková, Májkova 3, P.O. Box 76, 802 05 Bratislava, správca konkurznej podstaty úpadcu AJG, s.r.o., Landererova 1, 811 01 Bratislava, IČO: 35 885 831, práv. zast. GRMAN &amp; PARTNERS, s.r.o., Pribinova 25, 811 09 Bratislava, IČO: 36 861 553, o zaplatenie 14 483,26 Eur, o odvolaní žalobcu proti rozsudku Okresného súdu Bratislava I č. k. 34Cb/68/2009-661 zo dňa 12.02.2016 a o späťvzatí žaloby, takto r o z h o d o l : Krajský súd v Bratislave p r i p ú š ť a späťvzatie návrhu žalobcu na začatie konania, rozsudok Okresného súdu Bratislava I č. k. 34Cb/68/2009-661 zo dňa 12.02.2016 z r u š u j e a konanie z a s t a v u j e . Žalobcovi ani žalovanému nepriznáva náhradu trov odvolacieho konania. o d ô v o d n e n i e : 1. Napadnutým rozsudkom súd prvej inštancie žalobu zamietol a žalobcovi určil povinnosť uhradiť na základe vzájomného návrhu žalovaného sumu vo výške 57 838,21 Eur z titulu zmluvnej pokuty spolu s úrokom z omeškania vo výške 9% ročne zo sumy 57 838,21 Eur od 16.06.2012 do zaplatenia a uhradiť žalovanému trovy konania vo výške 9 136,87 Eur, do troch dní od právoplatnosti rozsudku. 2. V odôvodnení napadnutého rozhodnutia uviedol, že žalobca neplatne odstúpil od zmluvy o dielo, pričom záväzky a povinnosti žalobcu riadne dokončiť a odovzdať dielo žalovanému nezanikli, pričom žaloba nebola dôvodná. Súd prvej inštancie sa ďalej zaoberal vzájomným návrhom žalovaného voči žalobcovi, a to uplatnenou zmluvnou pokutou vo výške 57 838,21 Eur, uplatnenou za omeškanie od 01.08.2008 do 31.08.2008, vystavená na základe faktúry č. 6/2012 z 01.06.2012, ktorá bola primeraná a nebol dôvod na uplatnenie moderačného práva. O trovách konania bolo rozhodnuté podľa § 142 ods. 1 O.s.p. 3. Proti rozsudku podal v zákonnej lehote odvolanie žalobca, ktorý žiadal rozsudok v celom rozsahu zrušiť. V odvolaní uviedol, že súd nebral úvahy skutočnosti prečo žalobca neukončil a neodovzdal dielo a ani ho odovzdať nemohol, pričom neskúmal príčinnú súvislosti medzi nevykonaním diela a omeškaní v mesiaci august 2008. 4. K odvolaniu žalobcu sa písomne vyjadril žalovaný, ktorý navrhol rozsudok ako vecne správny potvrdiť. 5. K vyjadreniu k odvolaniu žalovaného sa vyjadril žalobca, podľa ktorého mu žalovaný neposkytoval súčinnosť a súd sa v konaní nezaoberal skutočnou dĺžkou omeškania žalobcu, aby vedel reálne posúdiť skutočnú výšku škody. 6. Písomným podaním doručeným odvolaciemu súdu dňa 03.02.2017 vzal žalobca žalobu späť v celom rozsahu, nakoľko medzi stranami v konaní došlo dňa 24.01.2017 k uzavretiu dohody o urovnaní a mimosúdnemu vyriešeniu sporu. V dohode sa dohodli, že žiaden z účastníkov konania si nebude uplatňovať náhradu trov konania a právneho zastupovania, ktoré účastníkom vznikli v rámci tohto konania. 7. Žalovaný so späťvzatím žaloby žalobcom súhlasil a náhradu trov konania si neuplatnil. 8. Odvolací súd konštatuje, že konanie na súde prvej inštancie sa viedlo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 C.s.p. a § 473 C.s.p., podľa ktorých sa počnúc účinnosťou C.s.p. ruší úprava Občianskeho súdneho poriadku č. 99/1963 Zb. a aj na konania začaté pred účinnosťou C.s.p. sa počnúc dátumom 01.07.2016 vzťahuje aktuálna procesná úprava C.s.p. 9. Podľa ust. § 370 C.s.p. ods. 1, ak je žaloba vzatá späť po rozhodnutí súdu prvej inštancie, ale skôr, ako rozhodnutie nadobudlo právoplatnosť, odvolací súd rozhodne o pripustení späťvzatia. Podľa ods. 2 súd späťvzatie žaloby nepripustí, ak s tým protistrana z vážnych dôvodov nesúhlasí. Ak späťvzatie žaloby pripustí, odvolací súd zruší rozhodnutie súdu prvej inštancie a konanie zastaví. 10. Vzhľadom k tomu, že žalobca vzal svoj návrh na začatie konania v celom rozsahu späť v čase, keď už rozhodol súd prvej inštancie, ale jeho rozhodnutie nenadobudlo právoplatnosť, odvolací súd podľa ust. § 370 ods. 1, 2 C.s.p. rozhodol o pripustení späťvzatia, o zrušení rozsudku súdu prvej inštancie a zastavení konania. 11. O trovách konania odvolací súd rozhodol podľa § 396 ods. 1 v spojení s § 262 ods. 1 C.s.p., podľa ktorého o nároku na náhradu trov konania rozhodne súd aj bez návrhu v rozhodnutí, ktorým sa konanie končí. Vo všeobecnosti platí, že náhradu trov konania ovláda zásada úspechu v konaní vo veci, ktorá je doplnená zásadou procesnej zodpovednosti za zavinenie. Zásada procesnej zodpovednosti bola transformovaná do ustanovenia § 256 C.s.p. a znamená, že trovy je povinná uhradiť tá zo strán, ktorá zavinila, že vznikli. V danom prípade zobral žalobca návrh späť z dôvodu mimosúdnej dohody o urovnaní, pričom žiadna zo sporových strán si vzhľadom na dohodu neuplatnila nárok na náhradu trov konania. Odvolací súd preto neaplikoval ustanovenie § 256 ods. 1 C.s.p. a v súlade s čl. 4 ods 2 C.s.p. rozhodol, že nepriznáva náhradu trov konania žalobcovi ani žalovanému. 12. Uvedené rozhodnutie je výsledkom hlasovania odvolacieho senátu v pomere hlasov za 3 : 0 proti.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https://www.kauzis.sk/judikatura/r/ECLI:SK:KSBA:2017:1109207750.1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