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3Cob/43/2017 z 3. 9. 2017</w:t>
      </w:r>
    </w:p>
    <w:p>
      <w:r>
        <w:t>Uznesenie Krajského súdu Bratislava z 3. septembra 2017, sp. zn. 3Cob/43/2017, ECLI:SK:KSBA:2017:1110240528.2</w:t>
      </w:r>
    </w:p>
    <w:p>
      <w:r>
        <w:t>Súd: Krajský súd Bratislava</w:t>
      </w:r>
    </w:p>
    <w:p>
      <w:r>
        <w:t>Spisová značka: 3Cob/43/2017</w:t>
      </w:r>
    </w:p>
    <w:p>
      <w:r>
        <w:t>ECLI: ECLI:SK:KSBA:2017:1110240528.2</w:t>
      </w:r>
    </w:p>
    <w:p>
      <w:r>
        <w:t>Dátum vydania: 3. 9.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3Cob/43/2017 Identifikačné číslo súdneho spisu: 1110240528 Dátum vydania rozhodnutia: 04. 09. 2017 Meno a priezvisko sudcu, VSÚ: JUDr. Elena Ondrišová ECLI: ECLI:SK:KSBA:2017:1110240528.2 Uznesenie Krajský súd v Bratislave v senáte zloženom z predsedníčky senátu JUDr. Eleny Ondrišovej a členov JUDr. Miroslavy Janečkovej a Mgr. Štefana Zelenáka v právnej veci žalobcu 1/ ITIMEX a.s., Kukučínova č. 8, Banská Bystrica, IČO 31 425 666 a 2/ Z.. D. B., Q.. XX.X.XXXX, U. K. XX, R., obaja práv. zast. JUDr. Ľubomírom Gerdom, advokátom, Levočská 12A, Prešov proti žalovanému Prima banka Slovensko, a.s. Hodžova 11, Žilina, IČO: 31 575 951 /predtým Sberbank Slovensko, a.s., Bratislava, IČO: 17 321 123/ o náhradu škody a o odvolaní žalobcu proti rozsudku Okresného súdu Bratislava I v Bratislave, č.k. 27Cb/240/2010-1058, zo dňa 20.6.2016, jednohlasne takto r o z h o d o l : Odvolací súd bude pokračovať v konaní s právnym nástupcom žalovaného: Prima banka Slovensko, a.s., Hodžova 11, Žilina, IČO: 31 575 951 . o d ô v o d n e n i e : 1. Súd prvej inštancie rozhodol vo veci rozsudkom tak, že v časti žalobe vyhovel. 2. Proti rozsudku podal v zákonom stanovenej lehote žalovaný odvolanie. 3. V priebehu odvolacieho konania podaním doručeným súdu 14.8.2017 oznámili žalobcovia, že pôvodný žalovaný zanikol v dôsledku zlúčenia so spoločnosťou Prima banka Slovensko, a.s., Hodžova 11, Žilina, IČO: 31 575 951, ktorá sa stala jeho právnym nástupcom. 4. Podľa ust. § 470 zák. č. 160/2015 Z.z. - Civilný sporový poriadok (ďalej len C.s.p.), ak nie je ustanovené inak, platí tento zákon aj na konania začaté predo dňom nadobudnutia jeho účinnosti. Právne účinky úkonov, ktoré v konaní nastali predo dňom nadobudnutia účinnosti tohto zákona, zostávajú zachované. Ak sa tento zákon použije na konania začaté predo dňom nadobudnutia účinnosti tohto zákona, nemožno uplatňovať ustanovenia tohto zákona o predbežnom prejednaní veci, popretí skutkových tvrdení protistrany a sudcovskej koncentrácii konania, ak by boli v neprospech strany. Na lehoty, ktoré dňom nadobudnutia účinnosti tohto zákona neuplynuli, sa použijú ustanovenia tohto zákona; ak však zákon doteraz ustanovoval lehotu dlhšiu, uplynie lehota až v tomto neskoršom čase. Konanie začaté do 30. júna 2016 na vecne, miestne, kauzálne a funkčne príslušnom súde podľa predpisov účinných do 30. júna 2016 dokončí súd, na ktorom sa konanie začalo.. Podľa § 64 C.s.p. ak strana zanikne počas konania skôr, ako sa konanie právoplatne skončilo, súd rozhodne, že v konaní pokračuje s jej právnym nástupcom. Ak právneho nástupcu niet, súd konanie zastaví. 5. Za splnenia zákonných podmienok Krajský súd v Bratislave rozhodol tak, ako je uvedené vo výroku tohto uznesenia. Poučenie: Proti tomuto uzneseniu dovolanie nie je prípustné.</w:t>
      </w:r>
    </w:p>
    <w:p/>
    <w:p>
      <w:r>
        <w:t>Zdroj: KAUZIS.SK – https://www.kauzis.sk/judikatura/r/ECLI:SK:KSBA:2017:1110240528.2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