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3CoKR/93/2016 z 30. 10. 2017</w:t>
      </w:r>
    </w:p>
    <w:p>
      <w:r>
        <w:t>Uznesenie Krajského súdu Bratislava z 30. októbra 2017, sp. zn. 3CoKR/93/2016, ECLI:SK:KSBA:2017:1111231267.1</w:t>
      </w:r>
    </w:p>
    <w:p>
      <w:r>
        <w:t>Súd: Krajský súd Bratislava</w:t>
      </w:r>
    </w:p>
    <w:p>
      <w:r>
        <w:t>Spisová značka: 3CoKR/93/2016</w:t>
      </w:r>
    </w:p>
    <w:p>
      <w:r>
        <w:t>ECLI: ECLI:SK:KSBA:2017:1111231267.1</w:t>
      </w:r>
    </w:p>
    <w:p>
      <w:r>
        <w:t>Dátum vydania: 30. 10. 2017</w:t>
      </w:r>
    </w:p>
    <w:p>
      <w:r>
        <w:t>Forma: Uznesenie</w:t>
      </w:r>
    </w:p>
    <w:p>
      <w:pPr>
        <w:pStyle w:val="Heading2"/>
      </w:pPr>
      <w:r>
        <w:t>Text rozhodnutia</w:t>
      </w:r>
    </w:p>
    <w:p>
      <w:r>
        <w:t>Súd: Krajský súd Bratislava Spisová značka: 3CoKR/93/2016 Identifikačné číslo súdneho spisu: 1111231267 Dátum vydania rozhodnutia: 31. 10. 2017 Meno a priezvisko sudcu, VSÚ: JUDr. Boris Tóth ECLI: ECLI:SK:KSBA:2017:1111231267.1 Uznesenie Krajský súd v Bratislave, v senáte zloženom z predsedu senátu JUDr. Borisa Tótha a členov senátu: JUDr. Beaty Trandžíkovej a JUDr. Paulíny Pacherovej, v právnej veci žalobcu: W. Z., I.. XX.XX.XXXX, T. XXXX/X, XXX XX Y., zastúpeného: FUTEJ &amp; Partners, s.r.o., Radlinského 2, 811 07 Bratislava, IČO: 35 955 341, proti žalovanému: JUDr. Marek Letkovský, so sídlom kancelárie Legionárska č. 1/ C, 831 04 Bratislava, správca úpadcu: PODIELOVÉ DRUŽSTVO SLOVENSKÉ INVESTÍCIE, Poľná 1, 811 08 Bratislava, IČO: 35 784 717, o určenie právneho dôvodu, vymáhateľnosti a výšky popretej pohľadávky, o odvolaní žalovaného proti rozsudku Okresného súdu Bratislava I č. k. 1Cbi/265/2011-52 zo dňa 06.06.2016, pomerom hlasov 3 : 0, takto r o z h o d o l : I. Odvolací súd späťvzatie žaloby pripúšťa. II. Rozsudok Okresného súdu Bratislava I č. k. 1Cbi/265/2011-52 zo dňa 06.06.2016 z r u š u j e a konanie vedené pred Okresným súdom Bratislava I pod sp. zn. 1Cbi/265/2011 zastavuje. III. Žalobca má voči žalovanému nárok na plnú náhradu trov konania. o d ô v o d n e n i e : 1. Súd prvej inštancie napadnutým rozsudkom určil, že pohľadávka žalobcu vo výške 8.766,55 Eur, uplatnená v prihláške v konkurznom konaní vedenom na Okresnom súde Bratislava I pod sp. zn. 3K/95/2010 voči úpadcovi je nesporná, čo do právneho dôvodu, vymáhateľnosti a výšky a žalovanému uložil povinnosť zaplatiť žalobcovi náhradu trov konania vo výške 333,58 Eur do 3 dní od právoplatnosti rozhodnutia na účet jeho právneho zástupcu. 2. Proti tomuto rozsudku podal v zákonnej lehote odvolanie žalovaný z dôvodov špecifikovaných v odvolaní. 3. Dňa 05.09.2017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https://www.kauzis.sk/judikatura/r/ECLI:SK:KSBA:2017:1111231267.1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