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3CoKR/5/2017 z 29. 6. 2017</w:t>
      </w:r>
    </w:p>
    <w:p>
      <w:r>
        <w:t>Uznesenie Krajského súdu Bratislava z 29. júna 2017, sp. zn. 3CoKR/5/2017, ECLI:SK:KSBA:2017:1111231784.2</w:t>
      </w:r>
    </w:p>
    <w:p>
      <w:r>
        <w:t>Súd: Krajský súd Bratislava</w:t>
      </w:r>
    </w:p>
    <w:p>
      <w:r>
        <w:t>Spisová značka: 3CoKR/5/2017</w:t>
      </w:r>
    </w:p>
    <w:p>
      <w:r>
        <w:t>ECLI: ECLI:SK:KSBA:2017:1111231784.2</w:t>
      </w:r>
    </w:p>
    <w:p>
      <w:r>
        <w:t>Dátum vydania: 29.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3CoKR/5/2017 Identifikačné číslo súdneho spisu: 1111231784 Dátum vydania rozhodnutia: 30. 06. 2017 Meno a priezvisko sudcu, VSÚ: JUDr. Beata Trandžíková ECLI: ECLI:SK:KSBA:2017:1111231784.2 Uznesenie Krajský súd v Bratislave, v senáte zloženom z predsedníčky senátu JUDr. Beaty Trandžíkovej a členov senátu JUDr. Borisa Tótha a JUDr. Paulíny Pacherovej, v právnej veci žalobcu: Y. R., nar. XX.XX.XXXX, Y. X, XXX XX X.-Y.,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4Cbi/1/2011-59 zo dňa 22.04.2016, takto r o z h o d o l : Krajský súd v Bratislave späťvzatie žaloby žalobcu pripúšťa. Rozsudok Okresného súdu Bratislava I č.k. 4Cbi/1/2011-59 zo dňa 22.04.2016 zrušuje a konanie vedené pred Okresným súdom Bratislava I pod sp. zn. 4Cbi/1/2011 zastavuje. Žalobca má nárok na plnú náhradu trov konania. o d ô v o d n e n i e : 1. Súd prvej inštancie rozsudkom č.k. 4Cbi/1/2011-59 zo dňa 22.04.2016 zamietol žalobu žalobcu, ktorou sa domáhal určenia, že pohľadávka v sume 3.073,65 Eur, uplatnená prihláškou v konkurznom konaní vedenom na Okresnom súde Bratislava I pod sp. zn. 3K/95/2010 voči úpadcovi PODIELOVÉ DRUŽSTVO SLOVENSKÉ INVESTÍCIE, Poľná 1, 811 08 Bratislava, IČO: 35 784 717, je nesporná, čo do právneho dôvodu, vymáhateľnosti a výšky a žalovanému nepriznal náhradu trov konania. 2. Proti tomuto rozsudku podal v zákonnej lehote odvolanie žalobca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4Cbi/1/2011-59 zo dňa 22.04.2016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Dovolanie, ani dovolanie generálneho prokurátora, proti uzneseniu vydanému v konaní podľa NR SR č. 7/2005 Z.z., o konkurze a reštrukturalizácii a o zmene a doplnení niektorých zákonov v znení neskorších predpisov, nie je prípustné (§ 198 ods. 1 posledná veta ZoKR).</w:t>
      </w:r>
    </w:p>
    <w:p/>
    <w:p>
      <w:r>
        <w:t>Zdroj: KAUZIS.SK – https://www.kauzis.sk/judikatura/r/ECLI:SK:KSBA:2017:1111231784.2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